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ARIZONA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Arizona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