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ARIZONA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Title 9. Arizona Revised Statutes (State Law) of the State of Arizona (the "Act"). The Members agree to file with the appropriate agency within the State of Arizona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Arizona.</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Arizona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Arizona,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Arizona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tab/>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