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 xml:space="preserve">Notice of Repeat Material or Health and Safety Breach </w:t>
        <w:br/>
        <w:t>10-Day Notice to Move</w:t>
      </w:r>
    </w:p>
    <w:p>
      <w:pPr>
        <w:spacing w:before="120" w:after="0"/>
      </w:pPr>
      <w:r>
        <w:rPr>
          <w:rFonts w:ascii="Times New Roman" w:hAnsi="Times New Roman" w:eastAsia="Times New Roman" w:cs="Times New Roman"/>
          <w:sz w:val="24"/>
        </w:rPr>
        <w:tab/>
        <w:tab/>
        <w:tab/>
        <w:tab/>
        <w:tab/>
        <w:tab/>
        <w:tab/>
      </w:r>
      <w:r>
        <w:rPr>
          <w:rFonts w:ascii="Times New Roman" w:hAnsi="Times New Roman" w:eastAsia="Times New Roman" w:cs="Times New Roman"/>
          <w:sz w:val="24"/>
        </w:rPr>
        <w:tab/>
      </w:r>
      <w:r>
        <w:rPr>
          <w:rFonts w:ascii="Times New Roman" w:hAnsi="Times New Roman" w:eastAsia="Times New Roman" w:cs="Times New Roman"/>
          <w:sz w:val="24"/>
        </w:rPr>
        <w:tab/>
        <w:tab/>
        <w:tab/>
        <w:tab/>
        <w:tab/>
        <w:tab/>
        <w:tab/>
      </w:r>
      <w:r>
        <w:rPr>
          <w:rFonts w:ascii="Times New Roman" w:hAnsi="Times New Roman" w:eastAsia="Times New Roman" w:cs="Times New Roman"/>
          <w:sz w:val="24"/>
        </w:rPr>
        <w:t xml:space="preserve"> </w:t>
        <w:br/>
      </w:r>
      <w:r>
        <w:rPr>
          <w:rFonts w:ascii="Times New Roman" w:hAnsi="Times New Roman" w:eastAsia="Times New Roman" w:cs="Times New Roman"/>
          <w:sz w:val="24"/>
        </w:rPr>
        <w:tab/>
        <w:tab/>
        <w:tab/>
        <w:tab/>
        <w:tab/>
        <w:tab/>
        <w:tab/>
      </w:r>
      <w:r>
        <w:rPr>
          <w:rFonts w:ascii="Times New Roman" w:hAnsi="Times New Roman" w:eastAsia="Times New Roman" w:cs="Times New Roman"/>
          <w:sz w:val="24"/>
        </w:rPr>
        <w:tab/>
      </w:r>
      <w:r>
        <w:rPr>
          <w:rFonts w:ascii="Times New Roman" w:hAnsi="Times New Roman" w:eastAsia="Times New Roman" w:cs="Times New Roman"/>
          <w:sz w:val="24"/>
        </w:rPr>
        <w:tab/>
        <w:tab/>
        <w:tab/>
        <w:tab/>
        <w:tab/>
        <w:tab/>
        <w:tab/>
      </w:r>
      <w:r>
        <w:rPr>
          <w:rFonts w:ascii="Times New Roman" w:hAnsi="Times New Roman" w:eastAsia="Times New Roman" w:cs="Times New Roman"/>
          <w:sz w:val="24"/>
        </w:rPr>
        <w:t xml:space="preserve"> </w:t>
        <w:br/>
      </w:r>
      <w:r>
        <w:rPr>
          <w:rFonts w:ascii="Times New Roman" w:hAnsi="Times New Roman" w:eastAsia="Times New Roman" w:cs="Times New Roman"/>
          <w:sz w:val="24"/>
        </w:rPr>
        <w:tab/>
        <w:tab/>
        <w:tab/>
        <w:tab/>
        <w:tab/>
        <w:tab/>
        <w:tab/>
      </w:r>
      <w:r>
        <w:rPr>
          <w:rFonts w:ascii="Times New Roman" w:hAnsi="Times New Roman" w:eastAsia="Times New Roman" w:cs="Times New Roman"/>
          <w:sz w:val="24"/>
        </w:rPr>
        <w:tab/>
      </w:r>
      <w:r>
        <w:rPr>
          <w:rFonts w:ascii="Times New Roman" w:hAnsi="Times New Roman" w:eastAsia="Times New Roman" w:cs="Times New Roman"/>
          <w:sz w:val="24"/>
        </w:rPr>
        <w:tab/>
        <w:tab/>
        <w:tab/>
        <w:tab/>
        <w:tab/>
        <w:tab/>
        <w:tab/>
      </w:r>
      <w:r>
        <w:rPr>
          <w:rFonts w:ascii="Times New Roman" w:hAnsi="Times New Roman" w:eastAsia="Times New Roman" w:cs="Times New Roman"/>
          <w:sz w:val="24"/>
        </w:rPr>
        <w:t xml:space="preserve"> </w:t>
        <w:br/>
      </w:r>
      <w:r>
        <w:rPr>
          <w:rFonts w:ascii="Times New Roman" w:hAnsi="Times New Roman" w:eastAsia="Times New Roman" w:cs="Times New Roman"/>
          <w:sz w:val="24"/>
        </w:rPr>
        <w:t>(</w:t>
        <w:tab/>
        <w:t>)</w:t>
        <w:tab/>
        <w:tab/>
        <w:tab/>
        <w:tab/>
        <w:tab/>
        <w:tab/>
      </w:r>
      <w:r>
        <w:rPr>
          <w:rFonts w:ascii="Times New Roman" w:hAnsi="Times New Roman" w:eastAsia="Times New Roman" w:cs="Times New Roman"/>
          <w:sz w:val="24"/>
        </w:rPr>
        <w:tab/>
        <w:t>(</w:t>
      </w:r>
      <w:r>
        <w:rPr>
          <w:rFonts w:ascii="Times New Roman" w:hAnsi="Times New Roman" w:eastAsia="Times New Roman" w:cs="Times New Roman"/>
          <w:sz w:val="24"/>
        </w:rPr>
        <w:tab/>
        <w:t>)</w:t>
        <w:tab/>
        <w:tab/>
        <w:tab/>
        <w:tab/>
        <w:tab/>
        <w:tab/>
      </w:r>
      <w:r>
        <w:rPr>
          <w:rFonts w:ascii="Times New Roman" w:hAnsi="Times New Roman" w:eastAsia="Times New Roman" w:cs="Times New Roman"/>
          <w:sz w:val="24"/>
        </w:rPr>
        <w:t xml:space="preserve"> </w:t>
        <w:br/>
      </w:r>
      <w:r>
        <w:rPr>
          <w:rFonts w:ascii="Times New Roman" w:hAnsi="Times New Roman" w:eastAsia="Times New Roman" w:cs="Times New Roman"/>
          <w:sz w:val="24"/>
        </w:rPr>
        <w:t>Tenant(s)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Name / Address / Phone </w:t>
        <w:tab/>
        <w:tab/>
        <w:tab/>
        <w:tab/>
        <w:t>Landlord(s) or Agent’s Name / Address / Phone</w:t>
      </w:r>
    </w:p>
    <w:p>
      <w:pPr>
        <w:spacing w:before="0" w:after="0" w:line="240" w:lineRule="auto"/>
      </w:pPr>
    </w:p>
    <w:p>
      <w:pPr>
        <w:spacing w:before="0" w:after="0" w:line="240" w:lineRule="auto"/>
      </w:pPr>
      <w:r>
        <w:rPr>
          <w:rFonts w:ascii="Times New Roman" w:hAnsi="Times New Roman" w:eastAsia="Times New Roman" w:cs="Times New Roman"/>
          <w:sz w:val="24"/>
        </w:rPr>
        <w:t xml:space="preserve">Notice Date: </w:t>
      </w:r>
      <w:r>
        <w:rPr>
          <w:rFonts w:ascii="Times New Roman" w:hAnsi="Times New Roman" w:eastAsia="Times New Roman" w:cs="Times New Roman"/>
          <w:sz w:val="24"/>
        </w:rPr>
        <w:tab/>
        <w:tab/>
        <w:tab/>
        <w:tab/>
      </w:r>
    </w:p>
    <w:p>
      <w:pPr>
        <w:spacing w:before="240" w:after="240" w:line="240" w:lineRule="auto"/>
      </w:pPr>
      <w:r>
        <w:rPr>
          <w:rFonts w:ascii="Times New Roman" w:hAnsi="Times New Roman" w:eastAsia="Times New Roman" w:cs="Times New Roman"/>
          <w:sz w:val="24"/>
        </w:rPr>
        <w:t xml:space="preserve">You have violated your rental agreement again.  </w:t>
      </w:r>
      <w:r>
        <w:rPr>
          <w:rFonts w:ascii="Times New Roman" w:hAnsi="Times New Roman" w:eastAsia="Times New Roman" w:cs="Times New Roman"/>
          <w:b/>
          <w:sz w:val="24"/>
        </w:rPr>
        <w:t>This violation cannot be fixed.</w:t>
      </w:r>
      <w:r>
        <w:rPr>
          <w:rFonts w:ascii="Times New Roman" w:hAnsi="Times New Roman" w:eastAsia="Times New Roman" w:cs="Times New Roman"/>
          <w:sz w:val="24"/>
        </w:rPr>
        <w:t xml:space="preserve"> </w:t>
      </w:r>
      <w:r>
        <w:rPr>
          <w:rFonts w:ascii="Times New Roman" w:hAnsi="Times New Roman" w:eastAsia="Times New Roman" w:cs="Times New Roman"/>
          <w:b/>
          <w:sz w:val="24"/>
        </w:rPr>
        <w:t>Your landlord wants you to move out now and return the keys within 10 calendar days.</w:t>
      </w:r>
    </w:p>
    <w:p>
      <w:pPr>
        <w:spacing w:before="240" w:after="240" w:line="240" w:lineRule="auto"/>
      </w:pPr>
      <w:r>
        <w:rPr>
          <w:rFonts w:ascii="Times New Roman" w:hAnsi="Times New Roman" w:eastAsia="Times New Roman" w:cs="Times New Roman"/>
          <w:sz w:val="24"/>
        </w:rPr>
        <w:t xml:space="preserve">The first violation was on this date______________.  Attached is a copy of the first notice. The second same or similar violation was on this date ______________.  </w:t>
      </w:r>
    </w:p>
    <w:p>
      <w:pPr>
        <w:spacing w:before="0" w:after="0" w:line="240" w:lineRule="auto"/>
      </w:pPr>
      <w:r>
        <w:rPr>
          <w:rFonts w:ascii="Times New Roman" w:hAnsi="Times New Roman" w:eastAsia="Times New Roman" w:cs="Times New Roman"/>
          <w:sz w:val="24"/>
        </w:rPr>
        <w:t xml:space="preserve">This is what happened, when it happened and where it happened (Attach additional sheet(s) if needed): </w:t>
      </w:r>
    </w:p>
    <w:p>
      <w:pPr>
        <w:spacing w:before="0" w:after="0" w:line="240" w:lineRule="auto"/>
      </w:pPr>
      <w:r>
        <w:rPr>
          <w:rFonts w:ascii="Times New Roman" w:hAnsi="Times New Roman" w:eastAsia="Times New Roman" w:cs="Times New Roman"/>
          <w:sz w:val="24"/>
        </w:rPr>
        <w:br/>
        <w:t xml:space="preserve">Your landlord is ending your rental agreement and your right to live in the property. </w:t>
      </w:r>
    </w:p>
    <w:p>
      <w:pPr>
        <w:spacing w:before="0" w:after="0" w:line="240" w:lineRule="auto"/>
      </w:pPr>
    </w:p>
    <w:p>
      <w:pPr>
        <w:spacing w:line="240" w:lineRule="auto"/>
        <w:jc w:val="both"/>
      </w:pPr>
      <w:r>
        <w:rPr>
          <w:rFonts w:ascii="Times New Roman" w:hAnsi="Times New Roman" w:eastAsia="Times New Roman" w:cs="Times New Roman"/>
          <w:b/>
          <w:sz w:val="24"/>
        </w:rPr>
        <w:t xml:space="preserve">If you do not move out of the rental and return the keys within 10 calendar days of receiving* this notice, your landlord may file an eviction action against you. If an eviction is filed, </w:t>
      </w:r>
      <w:r>
        <w:rPr>
          <w:rFonts w:ascii="Times New Roman" w:hAnsi="Times New Roman" w:eastAsia="Times New Roman" w:cs="Times New Roman"/>
          <w:b/>
          <w:sz w:val="24"/>
        </w:rPr>
        <w:t>you have the right to appear in court and dispute the eviction action.</w:t>
      </w:r>
      <w:r>
        <w:rPr>
          <w:rFonts w:ascii="Times New Roman" w:hAnsi="Times New Roman" w:eastAsia="Times New Roman" w:cs="Times New Roman"/>
          <w:b/>
          <w:sz w:val="24"/>
        </w:rPr>
        <w:t xml:space="preserve"> After a hearing, the judge will decide if you have to move or if you can legally remain in the rental. If a judgment is entered against you, you may be required to pay damages, rent, late fees, attorney fees, and court costs. You may remain in the rental property only if the landlord agrees in writing to let you stay.</w:t>
      </w:r>
    </w:p>
    <w:p>
      <w:pPr>
        <w:spacing w:before="0" w:after="0" w:line="240" w:lineRule="auto"/>
      </w:pPr>
    </w:p>
    <w:p>
      <w:pPr>
        <w:spacing w:line="240" w:lineRule="auto"/>
      </w:pPr>
      <w:r>
        <w:rPr>
          <w:rFonts w:ascii="Times New Roman" w:hAnsi="Times New Roman" w:eastAsia="Times New Roman" w:cs="Times New Roman"/>
          <w:sz w:val="24"/>
        </w:rPr>
        <w:t>*If this notice was hand-delivered, you have 10 calendar days to act from the date you or members of your household received the notice. If this notice was sent by certified mail, you have 10 calendar days to act from the date you signed the postal service green card or 15 calendar days from the date the envelope was post-marked, whichever comes first.</w:t>
      </w:r>
    </w:p>
    <w:p>
      <w:pPr>
        <w:spacing w:before="0" w:after="0" w:line="271" w:lineRule="exact"/>
      </w:pPr>
    </w:p>
    <w:p>
      <w:pPr>
        <w:spacing w:before="0" w:after="0" w:line="271" w:lineRule="exact"/>
      </w:pPr>
      <w:r>
        <w:rPr>
          <w:rFonts w:ascii="Times New Roman" w:hAnsi="Times New Roman" w:eastAsia="Times New Roman" w:cs="Times New Roman"/>
          <w:sz w:val="24"/>
        </w:rPr>
        <w:tab/>
        <w:tab/>
        <w:tab/>
        <w:tab/>
        <w:tab/>
      </w:r>
      <w:r>
        <w:rPr>
          <w:rFonts w:ascii="Times New Roman" w:hAnsi="Times New Roman" w:eastAsia="Times New Roman" w:cs="Times New Roman"/>
          <w:sz w:val="24"/>
        </w:rPr>
        <w:tab/>
        <w:tab/>
      </w:r>
      <w:r>
        <w:rPr>
          <w:rFonts w:ascii="Times New Roman" w:hAnsi="Times New Roman" w:eastAsia="Times New Roman" w:cs="Times New Roman"/>
          <w:sz w:val="24"/>
        </w:rPr>
        <w:tab/>
        <w:tab/>
        <w:tab/>
        <w:tab/>
        <w:tab/>
        <w:tab/>
        <w:tab/>
        <w:tab/>
      </w:r>
    </w:p>
    <w:p>
      <w:pPr>
        <w:spacing w:before="0" w:after="120" w:line="271" w:lineRule="exact"/>
      </w:pPr>
      <w:r>
        <w:rPr>
          <w:rFonts w:ascii="Times New Roman" w:hAnsi="Times New Roman" w:eastAsia="Times New Roman" w:cs="Times New Roman"/>
          <w:sz w:val="24"/>
        </w:rPr>
        <w:t>Date</w:t>
        <w:tab/>
        <w:tab/>
        <w:tab/>
        <w:tab/>
        <w:tab/>
        <w:tab/>
        <w:tab/>
        <w:t>Signature</w:t>
        <w:tab/>
        <w:t xml:space="preserve"> </w:t>
      </w:r>
      <w:r>
        <w:rPr>
          <w:rFonts w:ascii="Times New Roman" w:hAnsi="Times New Roman" w:eastAsia="Times New Roman" w:cs="Times New Roman"/>
          <w:sz w:val="24"/>
        </w:rPr>
        <w:t xml:space="preserve"> Landlord  </w:t>
      </w:r>
      <w:r>
        <w:rPr>
          <w:rFonts w:ascii="Times New Roman" w:hAnsi="Times New Roman" w:eastAsia="Times New Roman" w:cs="Times New Roman"/>
          <w:sz w:val="24"/>
        </w:rPr>
        <w:t xml:space="preserve"> Agent</w:t>
      </w:r>
    </w:p>
    <w:p>
      <w:pPr>
        <w:spacing w:before="240" w:after="0" w:line="271" w:lineRule="exact"/>
      </w:pPr>
      <w:r>
        <w:rPr>
          <w:rFonts w:ascii="Times New Roman" w:hAnsi="Times New Roman" w:eastAsia="Times New Roman" w:cs="Times New Roman"/>
          <w:sz w:val="24"/>
        </w:rPr>
        <w:t>This notice is served by:</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Hand delivery to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t>
      </w:r>
      <w:r>
        <w:rPr>
          <w:rFonts w:ascii="Times New Roman" w:hAnsi="Times New Roman" w:eastAsia="Times New Roman" w:cs="Times New Roman"/>
          <w:sz w:val="24"/>
        </w:rPr>
        <w:tab/>
        <w:tab/>
        <w:tab/>
        <w:tab/>
        <w:tab/>
        <w:tab/>
      </w:r>
      <w:r>
        <w:rPr>
          <w:rFonts w:ascii="Times New Roman" w:hAnsi="Times New Roman" w:eastAsia="Times New Roman" w:cs="Times New Roman"/>
          <w:sz w:val="24"/>
        </w:rPr>
        <w:t xml:space="preserve"> who is the </w:t>
      </w:r>
      <w:r>
        <w:rPr>
          <w:rFonts w:ascii="Times New Roman" w:hAnsi="Times New Roman" w:eastAsia="Times New Roman" w:cs="Times New Roman"/>
          <w:sz w:val="24"/>
        </w:rPr>
        <w:t xml:space="preserve"> tenant </w:t>
      </w:r>
      <w:r>
        <w:rPr>
          <w:rFonts w:ascii="Times New Roman" w:hAnsi="Times New Roman" w:eastAsia="Times New Roman" w:cs="Times New Roman"/>
          <w:sz w:val="24"/>
        </w:rPr>
        <w:t xml:space="preserve"> occupant</w:t>
      </w:r>
    </w:p>
    <w:p>
      <w:pPr>
        <w:spacing w:before="0" w:after="0" w:line="271" w:lineRule="exact"/>
      </w:pPr>
      <w:r>
        <w:rPr>
          <w:rFonts w:ascii="Times New Roman" w:hAnsi="Times New Roman" w:eastAsia="Times New Roman" w:cs="Times New Roman"/>
          <w:sz w:val="24"/>
        </w:rPr>
        <w:t xml:space="preserve"> </w:t>
      </w:r>
      <w:r>
        <w:rPr>
          <w:rFonts w:ascii="Times New Roman" w:hAnsi="Times New Roman" w:eastAsia="Times New Roman" w:cs="Times New Roman"/>
          <w:sz w:val="24"/>
        </w:rPr>
        <w:t>By certified mail (</w:t>
      </w:r>
      <w:r>
        <w:rPr>
          <w:rFonts w:ascii="Times New Roman" w:hAnsi="Times New Roman" w:eastAsia="Times New Roman" w:cs="Times New Roman"/>
          <w:sz w:val="24"/>
        </w:rPr>
        <w:t>mail receipt #)</w:t>
      </w:r>
      <w:r>
        <w:rPr>
          <w:rFonts w:ascii="Times New Roman" w:hAnsi="Times New Roman" w:eastAsia="Times New Roman" w:cs="Times New Roman"/>
          <w:sz w:val="24"/>
        </w:rPr>
        <w:t xml:space="preserve">: </w:t>
      </w:r>
      <w:r>
        <w:rPr>
          <w:rFonts w:ascii="Times New Roman" w:hAnsi="Times New Roman" w:eastAsia="Times New Roman" w:cs="Times New Roman"/>
          <w:sz w:val="24"/>
        </w:rPr>
        <w:tab/>
        <w:tab/>
        <w:tab/>
        <w:tab/>
        <w:tab/>
        <w:tab/>
      </w:r>
      <w:r>
        <w:rPr>
          <w:rFonts w:ascii="Times New Roman" w:hAnsi="Times New Roman" w:eastAsia="Times New Roman" w:cs="Times New Roman"/>
          <w:sz w:val="24"/>
        </w:rPr>
        <w:tab/>
      </w:r>
    </w:p>
    <w:p>
      <w:pPr>
        <w:spacing w:before="240" w:after="0" w:line="240" w:lineRule="auto"/>
      </w:pPr>
      <w:r>
        <w:rPr>
          <w:rFonts w:ascii="Times New Roman" w:hAnsi="Times New Roman" w:eastAsia="Times New Roman" w:cs="Times New Roman"/>
          <w:sz w:val="24"/>
        </w:rPr>
        <w:t xml:space="preserve">This notice is given under </w:t>
      </w:r>
      <w:r>
        <w:rPr>
          <w:rFonts w:ascii="Times New Roman" w:hAnsi="Times New Roman" w:eastAsia="Times New Roman" w:cs="Times New Roman"/>
          <w:sz w:val="24"/>
        </w:rPr>
        <w:t>A.R.S. § 33-1368(B)</w:t>
      </w:r>
      <w:r>
        <w:rPr>
          <w:rFonts w:ascii="Times New Roman" w:hAnsi="Times New Roman" w:eastAsia="Times New Roman" w:cs="Times New Roman"/>
          <w:sz w:val="24"/>
        </w:rPr>
        <w:t xml:space="preserve">. The laws about this notice are found in the Arizona Residential Landlord and Tenant Act. For more information on the Act, eviction actions, and your rights, please visit the </w:t>
      </w:r>
      <w:r>
        <w:rPr>
          <w:rFonts w:ascii="Times New Roman" w:hAnsi="Times New Roman" w:eastAsia="Times New Roman" w:cs="Times New Roman"/>
          <w:sz w:val="24"/>
        </w:rPr>
        <w:t>Forms and Notices (azcourts.gov)</w:t>
      </w:r>
      <w:r>
        <w:rPr>
          <w:rFonts w:ascii="Times New Roman" w:hAnsi="Times New Roman" w:eastAsia="Times New Roman" w:cs="Times New Roman"/>
          <w:sz w:val="24"/>
        </w:rPr>
        <w:t xml:space="preserve">, </w:t>
      </w:r>
      <w:r>
        <w:rPr>
          <w:rFonts w:ascii="Times New Roman" w:hAnsi="Times New Roman" w:eastAsia="Times New Roman" w:cs="Times New Roman"/>
          <w:sz w:val="24"/>
        </w:rPr>
        <w:t>Arizona Department of Housing</w:t>
      </w:r>
      <w:r>
        <w:rPr>
          <w:rFonts w:ascii="Times New Roman" w:hAnsi="Times New Roman" w:eastAsia="Times New Roman" w:cs="Times New Roman"/>
          <w:sz w:val="24"/>
        </w:rPr>
        <w:t xml:space="preserve">, </w:t>
      </w:r>
      <w:r>
        <w:rPr>
          <w:rFonts w:ascii="Times New Roman" w:hAnsi="Times New Roman" w:eastAsia="Times New Roman" w:cs="Times New Roman"/>
          <w:sz w:val="24"/>
        </w:rPr>
        <w:t>AZLawHelp.org</w:t>
      </w:r>
      <w:r>
        <w:rPr>
          <w:rFonts w:ascii="Times New Roman" w:hAnsi="Times New Roman" w:eastAsia="Times New Roman" w:cs="Times New Roman"/>
          <w:sz w:val="24"/>
        </w:rPr>
        <w:t xml:space="preserve">, or </w:t>
      </w:r>
      <w:r>
        <w:rPr>
          <w:rFonts w:ascii="Times New Roman" w:hAnsi="Times New Roman" w:eastAsia="Times New Roman" w:cs="Times New Roman"/>
          <w:sz w:val="24"/>
        </w:rPr>
        <w:t>AZCourtHelp.org</w:t>
      </w:r>
      <w:r>
        <w:rPr>
          <w:rFonts w:ascii="Times New Roman" w:hAnsi="Times New Roman" w:eastAsia="Times New Roman" w:cs="Times New Roman"/>
          <w:sz w:val="24"/>
        </w:rPr>
        <w:t>.</w:t>
      </w:r>
    </w:p>
    <w:p>
      <w:pPr/>
      <w:r>
        <w:rPr>
          <w:rFonts w:ascii="Times New Roman" w:hAnsi="Times New Roman" w:eastAsia="Times New Roman" w:cs="Times New Roman"/>
          <w:sz w:val="24"/>
        </w:rPr>
        <w:tab/>
      </w:r>
    </w:p>
    <w:p>
      <w:pPr>
        <w:spacing w:before="0" w:after="200"/>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