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IZON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rizon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rizo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