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ARIZONA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 County, State of Arizona,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ARIZONA</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