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IZON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Arizon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Arizon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