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RIZON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Arizon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Arizo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