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ARKANSAS 3-DAY NOTICE TO PAY OR QUIT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(DEMAND FOR RENT)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notice is sent to </w:t>
      </w:r>
      <w:r>
        <w:rPr>
          <w:rFonts w:ascii="Times New Roman" w:hAnsi="Times New Roman" w:eastAsia="Times New Roman" w:cs="Times New Roman"/>
          <w:sz w:val="24"/>
        </w:rPr>
        <w:t>[TENANT'S NAME]</w:t>
      </w:r>
      <w:r>
        <w:rPr>
          <w:rFonts w:ascii="Times New Roman" w:hAnsi="Times New Roman" w:eastAsia="Times New Roman" w:cs="Times New Roman"/>
          <w:sz w:val="24"/>
        </w:rPr>
        <w:t xml:space="preserve"> (“Tenant”) and further directed to all residents, occupants, subtenants, and any others in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Property 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[PROPERTY ADDRESS]</w:t>
      </w:r>
      <w:r>
        <w:rPr>
          <w:rFonts w:ascii="Times New Roman" w:hAnsi="Times New Roman" w:eastAsia="Times New Roman" w:cs="Times New Roman"/>
          <w:sz w:val="24"/>
        </w:rPr>
        <w:t xml:space="preserve"> (“Premises”)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Lease Start Date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[LEASE START DATE]</w:t>
      </w:r>
      <w:r>
        <w:rPr>
          <w:rFonts w:ascii="Times New Roman" w:hAnsi="Times New Roman" w:eastAsia="Times New Roman" w:cs="Times New Roman"/>
          <w:sz w:val="24"/>
        </w:rPr>
        <w:t xml:space="preserve"> (“Lease”)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accordance with your Lease and the laws located in Arkansas, after service on you of this notice, you are hereby given the following instructions: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NOTICE OF </w:t>
      </w:r>
      <w:r>
        <w:rPr>
          <w:rFonts w:ascii="Times New Roman" w:hAnsi="Times New Roman" w:eastAsia="Times New Roman" w:cs="Times New Roman"/>
          <w:b/>
          <w:sz w:val="24"/>
        </w:rPr>
        <w:t>NON-PAYMENT</w:t>
      </w:r>
      <w:r>
        <w:rPr>
          <w:rFonts w:ascii="Times New Roman" w:hAnsi="Times New Roman" w:eastAsia="Times New Roman" w:cs="Times New Roman"/>
          <w:sz w:val="24"/>
        </w:rPr>
        <w:t xml:space="preserve">. Within </w:t>
      </w:r>
      <w:r>
        <w:rPr>
          <w:rFonts w:ascii="Times New Roman" w:hAnsi="Times New Roman" w:eastAsia="Times New Roman" w:cs="Times New Roman"/>
          <w:b/>
          <w:sz w:val="24"/>
        </w:rPr>
        <w:t>3 DAYS</w:t>
      </w:r>
      <w:r>
        <w:rPr>
          <w:rFonts w:ascii="Times New Roman" w:hAnsi="Times New Roman" w:eastAsia="Times New Roman" w:cs="Times New Roman"/>
          <w:sz w:val="24"/>
        </w:rPr>
        <w:t>, the Landlord demands the amount due: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Past Rent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For the period of: </w:t>
      </w:r>
      <w:r>
        <w:rPr>
          <w:rFonts w:ascii="Times New Roman" w:hAnsi="Times New Roman" w:eastAsia="Times New Roman" w:cs="Times New Roman"/>
          <w:sz w:val="24"/>
        </w:rPr>
        <w:t>[RENT PERIOD]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Late Fees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Details: </w:t>
      </w:r>
      <w:r>
        <w:rPr>
          <w:rFonts w:ascii="Times New Roman" w:hAnsi="Times New Roman" w:eastAsia="Times New Roman" w:cs="Times New Roman"/>
          <w:sz w:val="24"/>
        </w:rPr>
        <w:t>[DETAILS]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Other Fees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Details: </w:t>
      </w:r>
      <w:r>
        <w:rPr>
          <w:rFonts w:ascii="Times New Roman" w:hAnsi="Times New Roman" w:eastAsia="Times New Roman" w:cs="Times New Roman"/>
          <w:sz w:val="24"/>
        </w:rPr>
        <w:t>[DETAILS]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Total Amount Due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[TOTAL AMOUNT DUE]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Payment Instructions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[PAYMENT INSTRUCTIONS]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the above payment is not made within the required timeframe, the Tenant will be required to quit and deliver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YOU ARE FURTHER NOTIFIED</w:t>
      </w:r>
      <w:r>
        <w:rPr>
          <w:rFonts w:ascii="Times New Roman" w:hAnsi="Times New Roman" w:eastAsia="Times New Roman" w:cs="Times New Roman"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ascii="Times New Roman" w:hAnsi="Times New Roman" w:eastAsia="Times New Roman" w:cs="Times New Roman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Landlord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Address: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Telephone: (____) ____-______</w:t>
      </w:r>
    </w:p>
    <w:p>
      <w:pPr/>
      <w:r>
        <w:rPr>
          <w:rFonts w:ascii="Times New Roman" w:hAnsi="Times New Roman" w:eastAsia="Times New Roman" w:cs="Times New Roman"/>
          <w:sz w:val="24"/>
        </w:rPr>
        <w:t>E-Mail: ________________________</w:t>
      </w:r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[STATE]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SERVER</w:t>
      </w:r>
      <w:r>
        <w:rPr>
          <w:rFonts w:ascii="Times New Roman" w:hAnsi="Times New Roman" w:eastAsia="Times New Roman" w:cs="Times New Roman"/>
          <w:sz w:val="24"/>
        </w:rPr>
        <w:t xml:space="preserve">. I, </w:t>
      </w:r>
      <w:r>
        <w:rPr>
          <w:rFonts w:ascii="Times New Roman" w:hAnsi="Times New Roman" w:eastAsia="Times New Roman" w:cs="Times New Roman"/>
          <w:sz w:val="24"/>
        </w:rPr>
        <w:t>[SERVER'S NAME]</w:t>
      </w:r>
      <w:r>
        <w:rPr>
          <w:rFonts w:ascii="Times New Roman" w:hAnsi="Times New Roman" w:eastAsia="Times New Roman" w:cs="Times New Roman"/>
          <w:sz w:val="24"/>
        </w:rPr>
        <w:t xml:space="preserve"> (“Server”), declare under penalty of perjury that a notice for eviction was delivered and served in the following manner: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RECIPIENT</w:t>
      </w:r>
      <w:r>
        <w:rPr>
          <w:rFonts w:ascii="Times New Roman" w:hAnsi="Times New Roman" w:eastAsia="Times New Roman" w:cs="Times New Roman"/>
          <w:sz w:val="24"/>
        </w:rPr>
        <w:t>. The notice for eviction was delivered to: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Defendant/Respondent: </w:t>
      </w:r>
      <w:r>
        <w:rPr>
          <w:rFonts w:ascii="Times New Roman" w:hAnsi="Times New Roman" w:eastAsia="Times New Roman" w:cs="Times New Roman"/>
          <w:sz w:val="24"/>
        </w:rPr>
        <w:t>[RECIPIENT'S NAME]</w:t>
      </w:r>
      <w:r>
        <w:rPr>
          <w:rFonts w:ascii="Times New Roman" w:hAnsi="Times New Roman" w:eastAsia="Times New Roman" w:cs="Times New Roman"/>
          <w:sz w:val="24"/>
        </w:rPr>
        <w:t xml:space="preserve"> (“Recipient”)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Address/Location: </w:t>
      </w:r>
      <w:r>
        <w:rPr>
          <w:rFonts w:ascii="Times New Roman" w:hAnsi="Times New Roman" w:eastAsia="Times New Roman" w:cs="Times New Roman"/>
          <w:sz w:val="24"/>
        </w:rPr>
        <w:t>[ADDRESS/LOCATION]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Date &amp; Time: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Time: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DELIVERY</w:t>
      </w:r>
      <w:r>
        <w:rPr>
          <w:rFonts w:ascii="Times New Roman" w:hAnsi="Times New Roman" w:eastAsia="Times New Roman" w:cs="Times New Roman"/>
          <w:sz w:val="24"/>
        </w:rPr>
        <w:t>. The Recipient received the eviction notice by: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Mail</w:t>
      </w:r>
      <w:r>
        <w:rPr>
          <w:rFonts w:ascii="Times New Roman" w:hAnsi="Times New Roman" w:eastAsia="Times New Roman" w:cs="Times New Roman"/>
          <w:sz w:val="24"/>
        </w:rPr>
        <w:t>. The Server sent the eviction notice in the mail by: (check one)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Standard Mail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Certified Mail (with return receipt)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FedEx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UPS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Other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Direct Service</w:t>
      </w:r>
      <w:r>
        <w:rPr>
          <w:rFonts w:ascii="Times New Roman" w:hAnsi="Times New Roman" w:eastAsia="Times New Roman" w:cs="Times New Roman"/>
          <w:sz w:val="24"/>
        </w:rPr>
        <w:t>. The Server handed the eviction notice to a person identified as the Recipient.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as living at the residence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Workplace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to be the Recipient’s co-worker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Leaving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left the eviction notice in the following area: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Recipient Rejected Delivery</w:t>
      </w:r>
      <w:r>
        <w:rPr>
          <w:rFonts w:ascii="Times New Roman" w:hAnsi="Times New Roman" w:eastAsia="Times New Roman" w:cs="Times New Roman"/>
          <w:sz w:val="24"/>
        </w:rPr>
        <w:t>. The Server delivered the eviction notice to the Recipient in-person and did not accept delivery.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[OTHER METHOD OF DELIVERY]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VERIFICATION</w:t>
      </w:r>
      <w:r>
        <w:rPr>
          <w:rFonts w:ascii="Times New Roman" w:hAnsi="Times New Roman" w:eastAsia="Times New Roman" w:cs="Times New Roman"/>
          <w:sz w:val="24"/>
        </w:rPr>
        <w:t>. I declare under penalty of perjury under the laws located in this State that the foregoing is true and correct.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Server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