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Arkansas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Title 28 - Wills, Estates, and Fiduciary Relationships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Arkansas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Arkansas</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