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ARKANSAS LIMITED POWER OF ATTORNEY</w:t>
      </w: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whose address is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, hereby appoint </w:t>
      </w:r>
      <w:r>
        <w:rPr>
          <w:rFonts w:ascii="Times New Roman" w:hAnsi="Times New Roman" w:eastAsia="Times New Roman" w:cs="Times New Roman"/>
          <w:sz w:val="24"/>
        </w:rPr>
        <w:t>[AGENT'S NAME]</w:t>
      </w:r>
      <w:r>
        <w:rPr>
          <w:rFonts w:ascii="Times New Roman" w:hAnsi="Times New Roman" w:eastAsia="Times New Roman" w:cs="Times New Roman"/>
          <w:sz w:val="24"/>
        </w:rPr>
        <w:t xml:space="preserve"> my true and lawful agent and attorney in fact to act in my name and behalf for the following specific acts: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[DETAILS]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This Limited Power of Attorney shall remain in full force and effect until revoked by either party in writing.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IN WITNESS WHEREOF, this </w:t>
      </w:r>
      <w:r>
        <w:rPr>
          <w:rFonts w:ascii="Times New Roman" w:hAnsi="Times New Roman" w:eastAsia="Times New Roman" w:cs="Times New Roman"/>
          <w:b/>
          <w:sz w:val="24"/>
        </w:rPr>
        <w:t>[DAY]</w:t>
      </w:r>
      <w:r>
        <w:rPr>
          <w:rFonts w:ascii="Times New Roman" w:hAnsi="Times New Roman" w:eastAsia="Times New Roman" w:cs="Times New Roman"/>
          <w:b/>
          <w:sz w:val="24"/>
        </w:rPr>
        <w:t xml:space="preserve"> day of </w:t>
      </w:r>
      <w:r>
        <w:rPr>
          <w:rFonts w:ascii="Times New Roman" w:hAnsi="Times New Roman" w:eastAsia="Times New Roman" w:cs="Times New Roman"/>
          <w:b/>
          <w:sz w:val="24"/>
        </w:rPr>
        <w:t>[MONTH]</w:t>
      </w:r>
      <w:r>
        <w:rPr>
          <w:rFonts w:ascii="Times New Roman" w:hAnsi="Times New Roman" w:eastAsia="Times New Roman" w:cs="Times New Roman"/>
          <w:b/>
          <w:sz w:val="24"/>
        </w:rPr>
        <w:t xml:space="preserve"> 20</w:t>
      </w:r>
      <w:r>
        <w:rPr>
          <w:rFonts w:ascii="Times New Roman" w:hAnsi="Times New Roman" w:eastAsia="Times New Roman" w:cs="Times New Roman"/>
          <w:b/>
          <w:sz w:val="24"/>
        </w:rPr>
        <w:t>[YEAR]</w:t>
      </w:r>
      <w:r>
        <w:rPr>
          <w:rFonts w:ascii="Times New Roman" w:hAnsi="Times New Roman" w:eastAsia="Times New Roman" w:cs="Times New Roman"/>
          <w:b/>
          <w:sz w:val="24"/>
        </w:rPr>
        <w:t>.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ab/>
        <w:tab/>
        <w:tab/>
        <w:tab/>
      </w:r>
    </w:p>
    <w:p>
      <w:pPr>
        <w:spacing w:line="360" w:lineRule="auto"/>
      </w:pPr>
      <w:r>
        <w:rPr>
          <w:rFonts w:ascii="Times New Roman" w:hAnsi="Times New Roman" w:eastAsia="Times New Roman" w:cs="Times New Roman"/>
          <w:b/>
          <w:sz w:val="24"/>
        </w:rPr>
        <w:t>________________________________</w:t>
      </w:r>
      <w:r>
        <w:rPr>
          <w:rFonts w:ascii="Times New Roman" w:hAnsi="Times New Roman" w:eastAsia="Times New Roman" w:cs="Times New Roman"/>
          <w:b/>
          <w:sz w:val="24"/>
        </w:rPr>
        <w:t xml:space="preserve">                </w:t>
      </w:r>
      <w:r>
        <w:rPr>
          <w:rFonts w:ascii="Times New Roman" w:hAnsi="Times New Roman" w:eastAsia="Times New Roman" w:cs="Times New Roman"/>
          <w:b/>
          <w:sz w:val="24"/>
        </w:rPr>
        <w:t>________________________________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Principal’s Signature                                             Agent’s Signature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 xml:space="preserve">STATE OF </w:t>
      </w:r>
      <w:r>
        <w:rPr>
          <w:rFonts w:ascii="Times New Roman" w:hAnsi="Times New Roman" w:eastAsia="Times New Roman" w:cs="Times New Roman"/>
          <w:b/>
          <w:sz w:val="24"/>
        </w:rPr>
        <w:t>[STATE]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 xml:space="preserve">County of    </w:t>
      </w:r>
      <w:r>
        <w:rPr>
          <w:rFonts w:ascii="Times New Roman" w:hAnsi="Times New Roman" w:eastAsia="Times New Roman" w:cs="Times New Roman"/>
          <w:b/>
          <w:sz w:val="24"/>
        </w:rPr>
        <w:t>[COUNTY]</w:t>
      </w:r>
    </w:p>
    <w:p>
      <w:pPr/>
    </w:p>
    <w:p>
      <w:pPr>
        <w:spacing w:line="360" w:lineRule="auto"/>
      </w:pPr>
      <w:r>
        <w:rPr>
          <w:rFonts w:ascii="Times New Roman" w:hAnsi="Times New Roman" w:eastAsia="Times New Roman" w:cs="Times New Roman"/>
          <w:b/>
          <w:sz w:val="24"/>
        </w:rPr>
        <w:t xml:space="preserve">Subscribed, sworn to and acknowledged before me by </w:t>
      </w:r>
      <w:r>
        <w:rPr>
          <w:rFonts w:ascii="Times New Roman" w:hAnsi="Times New Roman" w:eastAsia="Times New Roman" w:cs="Times New Roman"/>
          <w:b/>
          <w:sz w:val="24"/>
        </w:rPr>
        <w:t>[NAME]</w:t>
      </w:r>
      <w:r>
        <w:rPr>
          <w:rFonts w:ascii="Times New Roman" w:hAnsi="Times New Roman" w:eastAsia="Times New Roman" w:cs="Times New Roman"/>
          <w:b/>
          <w:sz w:val="24"/>
        </w:rPr>
        <w:t xml:space="preserve"> the Principal, and subscribed, sworn to and acknowledged before me by </w:t>
      </w:r>
      <w:r>
        <w:rPr>
          <w:rFonts w:ascii="Times New Roman" w:hAnsi="Times New Roman" w:eastAsia="Times New Roman" w:cs="Times New Roman"/>
          <w:b/>
          <w:sz w:val="24"/>
        </w:rPr>
        <w:t>[NAME]</w:t>
      </w:r>
      <w:r>
        <w:rPr>
          <w:rFonts w:ascii="Times New Roman" w:hAnsi="Times New Roman" w:eastAsia="Times New Roman" w:cs="Times New Roman"/>
          <w:b/>
          <w:sz w:val="24"/>
        </w:rPr>
        <w:t xml:space="preserve"> the Witness, this </w:t>
      </w:r>
      <w:r>
        <w:rPr>
          <w:rFonts w:ascii="Times New Roman" w:hAnsi="Times New Roman" w:eastAsia="Times New Roman" w:cs="Times New Roman"/>
          <w:b/>
          <w:sz w:val="24"/>
        </w:rPr>
        <w:t>[DAY]</w:t>
      </w:r>
      <w:r>
        <w:rPr>
          <w:rFonts w:ascii="Times New Roman" w:hAnsi="Times New Roman" w:eastAsia="Times New Roman" w:cs="Times New Roman"/>
          <w:b/>
          <w:sz w:val="24"/>
        </w:rPr>
        <w:t xml:space="preserve"> day of </w:t>
      </w:r>
      <w:r>
        <w:rPr>
          <w:rFonts w:ascii="Times New Roman" w:hAnsi="Times New Roman" w:eastAsia="Times New Roman" w:cs="Times New Roman"/>
          <w:b/>
          <w:sz w:val="24"/>
        </w:rPr>
        <w:t>[MONTH]</w:t>
      </w:r>
      <w:r>
        <w:rPr>
          <w:rFonts w:ascii="Times New Roman" w:hAnsi="Times New Roman" w:eastAsia="Times New Roman" w:cs="Times New Roman"/>
          <w:b/>
          <w:sz w:val="24"/>
        </w:rPr>
        <w:t xml:space="preserve"> 20</w:t>
      </w:r>
      <w:r>
        <w:rPr>
          <w:rFonts w:ascii="Times New Roman" w:hAnsi="Times New Roman" w:eastAsia="Times New Roman" w:cs="Times New Roman"/>
          <w:b/>
          <w:sz w:val="24"/>
        </w:rPr>
        <w:t>[YEAR]</w:t>
      </w:r>
      <w:r>
        <w:rPr>
          <w:rFonts w:ascii="Times New Roman" w:hAnsi="Times New Roman" w:eastAsia="Times New Roman" w:cs="Times New Roman"/>
          <w:b/>
          <w:sz w:val="24"/>
        </w:rPr>
        <w:t xml:space="preserve">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 xml:space="preserve">________________________________               </w:t>
      </w:r>
      <w:r>
        <w:rPr>
          <w:rFonts w:ascii="Times New Roman" w:hAnsi="Times New Roman" w:eastAsia="Times New Roman" w:cs="Times New Roman"/>
          <w:b/>
          <w:sz w:val="24"/>
        </w:rPr>
        <w:t>________________________________</w:t>
      </w:r>
    </w:p>
    <w:p>
      <w:pPr/>
      <w:r>
        <w:rPr>
          <w:rFonts w:ascii="Times New Roman" w:hAnsi="Times New Roman" w:eastAsia="Times New Roman" w:cs="Times New Roman"/>
          <w:b/>
          <w:sz w:val="24"/>
        </w:rPr>
        <w:t>(Notary Seal)                                                        Signature of Notary Public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