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jc w:val="center"/>
      </w:pPr>
      <w:r>
        <w:rPr>
          <w:rFonts w:ascii="Times New Roman" w:hAnsi="Times New Roman" w:eastAsia="Times New Roman" w:cs="Times New Roman"/>
          <w:sz w:val="24"/>
        </w:rPr>
        <w:t xml:space="preserve">IN THE CIRCUIT COURT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COUNTY, ARKANSAS</w:t>
      </w:r>
    </w:p>
    <w:p>
      <w:pPr>
        <w:jc w:val="center"/>
      </w:pPr>
    </w:p>
    <w:p>
      <w:pPr>
        <w:jc w:val="center"/>
      </w:pPr>
      <w:r>
        <w:rPr>
          <w:rFonts w:ascii="Times New Roman" w:hAnsi="Times New Roman" w:eastAsia="Times New Roman" w:cs="Times New Roman"/>
          <w:sz w:val="24"/>
        </w:rPr>
        <w:t>DOMESTIC RELATIONS DIVISION</w:t>
      </w:r>
    </w:p>
    <w:p>
      <w:pPr/>
      <w:r>
        <w:rPr>
          <w:rFonts w:ascii="Times New Roman" w:hAnsi="Times New Roman" w:eastAsia="Times New Roman" w:cs="Times New Roman"/>
          <w:sz w:val="24"/>
        </w:rPr>
        <w:t>[PLAINTIFF NAME]</w:t>
      </w:r>
    </w:p>
    <w:p>
      <w:pPr/>
      <w:r>
        <w:rPr>
          <w:rFonts w:ascii="Times New Roman" w:hAnsi="Times New Roman" w:eastAsia="Times New Roman" w:cs="Times New Roman"/>
          <w:sz w:val="24"/>
        </w:rPr>
        <w:t>Plaintiff,</w:t>
      </w:r>
    </w:p>
    <w:p>
      <w:pPr/>
      <w:r>
        <w:rPr>
          <w:rFonts w:ascii="Times New Roman" w:hAnsi="Times New Roman" w:eastAsia="Times New Roman" w:cs="Times New Roman"/>
          <w:sz w:val="24"/>
        </w:rPr>
        <w:t xml:space="preserve">v.                                                  No. </w:t>
      </w:r>
      <w:r>
        <w:rPr>
          <w:rFonts w:ascii="Times New Roman" w:hAnsi="Times New Roman" w:eastAsia="Times New Roman" w:cs="Times New Roman"/>
          <w:sz w:val="24"/>
        </w:rPr>
        <w:t>[CASE NUMBER]</w:t>
      </w:r>
    </w:p>
    <w:p>
      <w:pPr/>
      <w:r>
        <w:rPr>
          <w:rFonts w:ascii="Times New Roman" w:hAnsi="Times New Roman" w:eastAsia="Times New Roman" w:cs="Times New Roman"/>
          <w:sz w:val="24"/>
        </w:rPr>
        <w:t>[DEFENDANT NAME]</w:t>
      </w:r>
    </w:p>
    <w:p>
      <w:pPr/>
      <w:r>
        <w:rPr>
          <w:rFonts w:ascii="Times New Roman" w:hAnsi="Times New Roman" w:eastAsia="Times New Roman" w:cs="Times New Roman"/>
          <w:sz w:val="24"/>
        </w:rPr>
        <w:t>Defendant,</w:t>
      </w:r>
    </w:p>
    <w:p>
      <w:pPr/>
    </w:p>
    <w:p>
      <w:pPr>
        <w:jc w:val="center"/>
      </w:pPr>
      <w:r>
        <w:rPr>
          <w:rFonts w:ascii="Times New Roman" w:hAnsi="Times New Roman" w:eastAsia="Times New Roman" w:cs="Times New Roman"/>
          <w:b/>
          <w:sz w:val="24"/>
        </w:rPr>
        <w:t>PROPERTY SETTLEMENT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None of the Spouses</w:t>
      </w:r>
    </w:p>
    <w:p>
      <w:pPr/>
      <w:r>
        <w:rPr>
          <w:rFonts w:ascii="Times New Roman" w:hAnsi="Times New Roman" w:eastAsia="Times New Roman" w:cs="Times New Roman"/>
          <w:sz w:val="24"/>
        </w:rPr>
        <w:t>- Husband</w:t>
      </w:r>
    </w:p>
    <w:p>
      <w:pPr/>
      <w:r>
        <w:rPr>
          <w:rFonts w:ascii="Times New Roman" w:hAnsi="Times New Roman" w:eastAsia="Times New Roman" w:cs="Times New Roman"/>
          <w:sz w:val="24"/>
        </w:rPr>
        <w:t>- Wife</w:t>
      </w:r>
    </w:p>
    <w:p>
      <w:pPr/>
      <w:r>
        <w:rPr>
          <w:rFonts w:ascii="Times New Roman" w:hAnsi="Times New Roman" w:eastAsia="Times New Roman" w:cs="Times New Roman"/>
          <w:sz w:val="24"/>
        </w:rPr>
        <w:t>- 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Job Loss</w:t>
      </w:r>
    </w:p>
    <w:p>
      <w:pPr/>
      <w:r>
        <w:rPr>
          <w:rFonts w:ascii="Times New Roman" w:hAnsi="Times New Roman" w:eastAsia="Times New Roman" w:cs="Times New Roman"/>
          <w:sz w:val="24"/>
        </w:rPr>
        <w:t>- Injury</w:t>
      </w:r>
    </w:p>
    <w:p>
      <w:pPr/>
      <w:r>
        <w:rPr>
          <w:rFonts w:ascii="Times New Roman" w:hAnsi="Times New Roman" w:eastAsia="Times New Roman" w:cs="Times New Roman"/>
          <w:sz w:val="24"/>
        </w:rPr>
        <w:t>- Disability</w:t>
      </w:r>
    </w:p>
    <w:p>
      <w:pPr/>
      <w:r>
        <w:rPr>
          <w:rFonts w:ascii="Times New Roman" w:hAnsi="Times New Roman" w:eastAsia="Times New Roman" w:cs="Times New Roman"/>
          <w:sz w:val="24"/>
        </w:rPr>
        <w:t>- Illness/Disease</w:t>
      </w:r>
    </w:p>
    <w:p>
      <w:pP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Wife (“Health Insurance Paying Spouse”) to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Wife (“Health Insurance Receiving Spouse”). Health insurance shall include: (check all that apply)</w:t>
      </w:r>
    </w:p>
    <w:p>
      <w:pPr/>
      <w:r>
        <w:rPr>
          <w:rFonts w:ascii="Times New Roman" w:hAnsi="Times New Roman" w:eastAsia="Times New Roman" w:cs="Times New Roman"/>
          <w:sz w:val="24"/>
        </w:rPr>
        <w:t>- Medical</w:t>
      </w:r>
    </w:p>
    <w:p>
      <w:pPr/>
      <w:r>
        <w:rPr>
          <w:rFonts w:ascii="Times New Roman" w:hAnsi="Times New Roman" w:eastAsia="Times New Roman" w:cs="Times New Roman"/>
          <w:sz w:val="24"/>
        </w:rPr>
        <w:t>- Dental</w:t>
      </w:r>
    </w:p>
    <w:p>
      <w:pPr/>
      <w:r>
        <w:rPr>
          <w:rFonts w:ascii="Times New Roman" w:hAnsi="Times New Roman" w:eastAsia="Times New Roman" w:cs="Times New Roman"/>
          <w:sz w:val="24"/>
        </w:rPr>
        <w:t>- Vision Care</w:t>
      </w:r>
    </w:p>
    <w:p>
      <w:pP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Husband</w:t>
      </w:r>
    </w:p>
    <w:p>
      <w:pPr/>
      <w:r>
        <w:rPr>
          <w:rFonts w:ascii="Times New Roman" w:hAnsi="Times New Roman" w:eastAsia="Times New Roman" w:cs="Times New Roman"/>
          <w:sz w:val="24"/>
        </w:rPr>
        <w:t>- Wife</w:t>
      </w:r>
    </w:p>
    <w:p>
      <w:pPr/>
      <w:r>
        <w:rPr>
          <w:rFonts w:ascii="Times New Roman" w:hAnsi="Times New Roman" w:eastAsia="Times New Roman" w:cs="Times New Roman"/>
          <w:sz w:val="24"/>
        </w:rPr>
        <w:t>- 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Husband</w:t>
      </w:r>
    </w:p>
    <w:p>
      <w:pPr/>
      <w:r>
        <w:rPr>
          <w:rFonts w:ascii="Times New Roman" w:hAnsi="Times New Roman" w:eastAsia="Times New Roman" w:cs="Times New Roman"/>
          <w:sz w:val="24"/>
        </w:rPr>
        <w:t>- Wife</w:t>
      </w:r>
    </w:p>
    <w:p>
      <w:pPr/>
      <w:r>
        <w:rPr>
          <w:rFonts w:ascii="Times New Roman" w:hAnsi="Times New Roman" w:eastAsia="Times New Roman" w:cs="Times New Roman"/>
          <w:sz w:val="24"/>
        </w:rPr>
        <w:t>- 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Placed for sale as part of this Agreement.</w:t>
      </w:r>
    </w:p>
    <w:p>
      <w:pPr/>
      <w:r>
        <w:rPr>
          <w:rFonts w:ascii="Times New Roman" w:hAnsi="Times New Roman" w:eastAsia="Times New Roman" w:cs="Times New Roman"/>
          <w:sz w:val="24"/>
        </w:rPr>
        <w:t>- 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