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25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ARKANSAS NOTARY ACKNOWLEDGMENT</w:t>
      </w:r>
    </w:p>
    <w:p>
      <w:pPr>
        <w:spacing w:before="0" w:after="225"/>
      </w:pPr>
    </w:p>
    <w:p>
      <w:pPr>
        <w:spacing w:before="0" w:after="225"/>
      </w:pPr>
      <w:r>
        <w:rPr>
          <w:rFonts w:ascii="Times New Roman" w:hAnsi="Times New Roman" w:eastAsia="Times New Roman" w:cs="Times New Roman"/>
          <w:sz w:val="24"/>
        </w:rPr>
        <w:t>State of Arkansas</w:t>
      </w:r>
    </w:p>
    <w:p>
      <w:pPr>
        <w:spacing w:before="0" w:after="225"/>
      </w:pPr>
      <w:r>
        <w:rPr>
          <w:rFonts w:ascii="Times New Roman" w:hAnsi="Times New Roman" w:eastAsia="Times New Roman" w:cs="Times New Roman"/>
          <w:sz w:val="24"/>
        </w:rPr>
        <w:t xml:space="preserve">County of </w:t>
      </w:r>
      <w:r>
        <w:rPr>
          <w:rFonts w:ascii="Times New Roman" w:hAnsi="Times New Roman" w:eastAsia="Times New Roman" w:cs="Times New Roman"/>
          <w:sz w:val="24"/>
        </w:rPr>
        <w:t>[COUNTY]</w:t>
      </w:r>
    </w:p>
    <w:p>
      <w:pPr>
        <w:spacing w:before="0" w:after="225"/>
      </w:pPr>
    </w:p>
    <w:p>
      <w:pPr>
        <w:spacing w:before="0" w:after="225"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On this the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 xml:space="preserve">, before me, </w:t>
      </w:r>
      <w:r>
        <w:rPr>
          <w:rFonts w:ascii="Times New Roman" w:hAnsi="Times New Roman" w:eastAsia="Times New Roman" w:cs="Times New Roman"/>
          <w:sz w:val="24"/>
        </w:rPr>
        <w:t>[NAME OF NOTARY PUBLIC]</w:t>
      </w:r>
      <w:r>
        <w:rPr>
          <w:rFonts w:ascii="Times New Roman" w:hAnsi="Times New Roman" w:eastAsia="Times New Roman" w:cs="Times New Roman"/>
          <w:sz w:val="24"/>
        </w:rPr>
        <w:t xml:space="preserve">, the undersigned officer, personally appeared </w:t>
      </w:r>
      <w:r>
        <w:rPr>
          <w:rFonts w:ascii="Times New Roman" w:hAnsi="Times New Roman" w:eastAsia="Times New Roman" w:cs="Times New Roman"/>
          <w:sz w:val="24"/>
        </w:rPr>
        <w:t>[NAME OF SIGNER]</w:t>
      </w:r>
      <w:r>
        <w:rPr>
          <w:rFonts w:ascii="Times New Roman" w:hAnsi="Times New Roman" w:eastAsia="Times New Roman" w:cs="Times New Roman"/>
          <w:sz w:val="24"/>
        </w:rPr>
        <w:t xml:space="preserve">, known to me (or satisfactorily proven) to be the person whose name </w:t>
      </w:r>
      <w:r>
        <w:rPr>
          <w:rFonts w:ascii="Times New Roman" w:hAnsi="Times New Roman" w:eastAsia="Times New Roman" w:cs="Times New Roman"/>
          <w:sz w:val="24"/>
        </w:rPr>
        <w:t>[IS/ARE]</w:t>
      </w:r>
      <w:r>
        <w:rPr>
          <w:rFonts w:ascii="Times New Roman" w:hAnsi="Times New Roman" w:eastAsia="Times New Roman" w:cs="Times New Roman"/>
          <w:sz w:val="24"/>
        </w:rPr>
        <w:t xml:space="preserve"> subscribed to the within instrument and acknowledged that </w:t>
      </w:r>
      <w:r>
        <w:rPr>
          <w:rFonts w:ascii="Times New Roman" w:hAnsi="Times New Roman" w:eastAsia="Times New Roman" w:cs="Times New Roman"/>
          <w:sz w:val="24"/>
        </w:rPr>
        <w:t>[HE/SHE/THEY]</w:t>
      </w:r>
      <w:r>
        <w:rPr>
          <w:rFonts w:ascii="Times New Roman" w:hAnsi="Times New Roman" w:eastAsia="Times New Roman" w:cs="Times New Roman"/>
          <w:sz w:val="24"/>
        </w:rPr>
        <w:t xml:space="preserve"> executed the same for the purpose therein.</w:t>
      </w:r>
    </w:p>
    <w:p>
      <w:pPr>
        <w:spacing w:before="0" w:after="225" w:line="480" w:lineRule="auto"/>
      </w:pPr>
      <w:r>
        <w:rPr>
          <w:rFonts w:ascii="Times New Roman" w:hAnsi="Times New Roman" w:eastAsia="Times New Roman" w:cs="Times New Roman"/>
          <w:sz w:val="24"/>
        </w:rPr>
        <w:t>In witness whereof I hereunto set my hand and official seal.</w:t>
      </w:r>
    </w:p>
    <w:p>
      <w:pPr>
        <w:spacing w:before="0" w:after="225"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(Seal) </w:t>
        <w:tab/>
        <w:tab/>
        <w:tab/>
        <w:tab/>
        <w:tab/>
        <w:tab/>
        <w:tab/>
      </w:r>
    </w:p>
    <w:p>
      <w:pPr>
        <w:spacing w:before="0" w:after="225"/>
      </w:pPr>
      <w:r>
        <w:rPr>
          <w:rFonts w:ascii="Times New Roman" w:hAnsi="Times New Roman" w:eastAsia="Times New Roman" w:cs="Times New Roman"/>
          <w:sz w:val="24"/>
        </w:rPr>
        <w:t>______________________________</w:t>
      </w:r>
    </w:p>
    <w:p>
      <w:pPr>
        <w:spacing w:before="0" w:after="225"/>
      </w:pPr>
      <w:r>
        <w:rPr>
          <w:rFonts w:ascii="Times New Roman" w:hAnsi="Times New Roman" w:eastAsia="Times New Roman" w:cs="Times New Roman"/>
          <w:sz w:val="24"/>
        </w:rPr>
        <w:t>(Signature of notarial officer)</w:t>
      </w:r>
    </w:p>
    <w:p>
      <w:pPr>
        <w:spacing w:before="0" w:after="225"/>
      </w:pPr>
      <w:r>
        <w:rPr>
          <w:rFonts w:ascii="Times New Roman" w:hAnsi="Times New Roman" w:eastAsia="Times New Roman" w:cs="Times New Roman"/>
          <w:sz w:val="24"/>
        </w:rPr>
        <w:t xml:space="preserve">Title </w:t>
      </w:r>
      <w:r>
        <w:rPr>
          <w:rFonts w:ascii="Times New Roman" w:hAnsi="Times New Roman" w:eastAsia="Times New Roman" w:cs="Times New Roman"/>
          <w:sz w:val="24"/>
        </w:rPr>
        <w:t>[NOTARY TITLE]</w:t>
      </w:r>
    </w:p>
    <w:p>
      <w:pPr>
        <w:spacing w:before="0" w:after="225" w:line="480" w:lineRule="auto"/>
      </w:pPr>
      <w:r>
        <w:rPr>
          <w:rFonts w:ascii="Times New Roman" w:hAnsi="Times New Roman" w:eastAsia="Times New Roman" w:cs="Times New Roman"/>
          <w:sz w:val="24"/>
        </w:rPr>
        <w:tab/>
        <w:tab/>
        <w:tab/>
        <w:tab/>
        <w:tab/>
        <w:tab/>
        <w:tab/>
        <w:tab/>
        <w:tab/>
      </w:r>
    </w:p>
    <w:p>
      <w:pPr>
        <w:spacing w:before="0" w:after="225"/>
      </w:pPr>
      <w:r>
        <w:rPr>
          <w:rFonts w:ascii="Times New Roman" w:hAnsi="Times New Roman" w:eastAsia="Times New Roman" w:cs="Times New Roman"/>
          <w:sz w:val="24"/>
        </w:rPr>
        <w:tab/>
        <w:t xml:space="preserve"> </w:t>
      </w:r>
    </w:p>
    <w:p>
      <w:pPr>
        <w:spacing w:before="0" w:after="225"/>
      </w:pPr>
    </w:p>
    <w:p>
      <w:pPr>
        <w:spacing w:before="0" w:after="225" w:line="480" w:lineRule="auto"/>
      </w:pPr>
    </w:p>
    <w:p>
      <w:pPr>
        <w:spacing w:before="0" w:after="225"/>
      </w:pPr>
    </w:p>
    <w:p>
      <w:pPr>
        <w:spacing w:before="0" w:after="225"/>
      </w:pP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