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9" w:after="0"/>
        <w:jc w:val="center"/>
      </w:pPr>
      <w:r>
        <w:rPr>
          <w:rFonts w:ascii="Times New Roman" w:hAnsi="Times New Roman" w:eastAsia="Times New Roman" w:cs="Times New Roman"/>
          <w:sz w:val="24"/>
        </w:rPr>
        <w:t>ARKANSAS PARENTAL FOR MINOR POWER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</w:p>
    <w:p>
      <w:pPr/>
    </w:p>
    <w:p>
      <w:pPr>
        <w:spacing w:before="9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>TO ALL WHOM THESE PRESENTS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KNOWN:</w:t>
      </w:r>
    </w:p>
    <w:p>
      <w:pPr/>
    </w:p>
    <w:p>
      <w:pPr>
        <w:spacing w:line="480" w:lineRule="auto"/>
        <w:ind w:firstLine="720"/>
      </w:pPr>
      <w:r>
        <w:rPr>
          <w:rFonts w:ascii="Times New Roman" w:hAnsi="Times New Roman" w:eastAsia="Times New Roman" w:cs="Times New Roman"/>
          <w:sz w:val="24"/>
        </w:rPr>
        <w:t xml:space="preserve">That I, </w:t>
      </w:r>
      <w:r>
        <w:rPr>
          <w:rFonts w:ascii="Times New Roman" w:hAnsi="Times New Roman" w:eastAsia="Times New Roman" w:cs="Times New Roman"/>
          <w:b/>
          <w:sz w:val="24"/>
        </w:rPr>
        <w:t>[NAME]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b/>
          <w:sz w:val="24"/>
        </w:rPr>
        <w:t>[COUNTY]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County, Arkansas, being the natural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mother/father of </w:t>
      </w:r>
      <w:r>
        <w:rPr>
          <w:rFonts w:ascii="Times New Roman" w:hAnsi="Times New Roman" w:eastAsia="Times New Roman" w:cs="Times New Roman"/>
          <w:b/>
          <w:sz w:val="24"/>
        </w:rPr>
        <w:t>[CHILD'S NAME]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[hereafter the “child”] appoint </w:t>
      </w:r>
      <w:r>
        <w:rPr>
          <w:rFonts w:ascii="Times New Roman" w:hAnsi="Times New Roman" w:eastAsia="Times New Roman" w:cs="Times New Roman"/>
          <w:b/>
          <w:sz w:val="24"/>
        </w:rPr>
        <w:t>[AGENT'S NAME]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 xml:space="preserve"> County, Arkansas, my true and lawful attorney-in-fact for me and in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name, place and stead and in my behalf, and to do and perform all of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 responsibilities and have all the rights in connection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therewith:</w:t>
      </w:r>
    </w:p>
    <w:p>
      <w:pPr>
        <w:spacing w:before="10" w:after="0"/>
        <w:ind w:hanging="360"/>
      </w:pPr>
      <w:r>
        <w:rPr>
          <w:rFonts w:ascii="Times New Roman" w:hAnsi="Times New Roman" w:eastAsia="Times New Roman" w:cs="Times New Roman"/>
          <w:sz w:val="24"/>
        </w:rPr>
        <w:t>Perform and act as and for me in a parental capacity as and to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child;</w:t>
      </w:r>
    </w:p>
    <w:p>
      <w:pPr/>
    </w:p>
    <w:p>
      <w:pPr>
        <w:spacing w:line="480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>Give consent and permission for any kind of medical care and treatment,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sign any papers to have the child admitted to a hospital for such purpose, 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 may be required to maintain the health of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child;</w:t>
      </w:r>
    </w:p>
    <w:p>
      <w:pPr>
        <w:spacing w:before="10" w:after="0" w:line="480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>Give consent and permission for enrollment in and admission to school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resolve problems arising from school attendance, and to sign any papers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necessary for such purpose or sign other documents relating to the child's welfare 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school;</w:t>
      </w:r>
    </w:p>
    <w:p>
      <w:pPr>
        <w:spacing w:before="10" w:after="0"/>
        <w:ind w:hanging="360"/>
      </w:pPr>
      <w:r>
        <w:rPr>
          <w:rFonts w:ascii="Times New Roman" w:hAnsi="Times New Roman" w:eastAsia="Times New Roman" w:cs="Times New Roman"/>
          <w:sz w:val="24"/>
        </w:rPr>
        <w:t>Perform any act necessary to obtain relief or aid that might benefit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child;</w:t>
      </w:r>
    </w:p>
    <w:p>
      <w:pPr/>
    </w:p>
    <w:p>
      <w:pPr>
        <w:spacing w:line="480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>Perform any other acts for support, health, and general care of the child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 be required 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necessary.</w:t>
      </w:r>
    </w:p>
    <w:p>
      <w:pPr>
        <w:spacing w:before="10" w:after="0" w:line="480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b/>
          <w:sz w:val="24"/>
        </w:rPr>
        <w:t>[NAME]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do hereby give and grant to </w:t>
      </w:r>
      <w:r>
        <w:rPr>
          <w:rFonts w:ascii="Times New Roman" w:hAnsi="Times New Roman" w:eastAsia="Times New Roman" w:cs="Times New Roman"/>
          <w:b/>
          <w:sz w:val="24"/>
        </w:rPr>
        <w:t>[NAME]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 said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 fact, full power and authority to do and perform any and all acts 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protect and promote the welfare of the child, as fully and for all intents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 purposes as I might or could do if I were personally present at the time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thereof, hereby ratifying and confirming all that my said Attorneys may or 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lawfully</w:t>
      </w:r>
    </w:p>
    <w:p>
      <w:pPr/>
    </w:p>
    <w:p>
      <w:pPr>
        <w:spacing w:before="56" w:after="0" w:line="480" w:lineRule="auto"/>
      </w:pPr>
      <w:r>
        <w:rPr>
          <w:rFonts w:ascii="Times New Roman" w:hAnsi="Times New Roman" w:eastAsia="Times New Roman" w:cs="Times New Roman"/>
          <w:sz w:val="24"/>
        </w:rPr>
        <w:t>do or cause to be done by virtue of this Power-of-Attorney and the rights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 powers herein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granted.</w:t>
      </w:r>
    </w:p>
    <w:p>
      <w:pPr>
        <w:spacing w:before="12" w:after="0"/>
      </w:pPr>
      <w:r>
        <w:rPr>
          <w:rFonts w:ascii="Times New Roman" w:hAnsi="Times New Roman" w:eastAsia="Times New Roman" w:cs="Times New Roman"/>
          <w:sz w:val="24"/>
        </w:rPr>
        <w:t>(If you want a revocation date 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advance)</w:t>
      </w:r>
    </w:p>
    <w:p>
      <w:pPr>
        <w:spacing w:before="9" w:after="0"/>
      </w:pPr>
    </w:p>
    <w:p>
      <w:pPr>
        <w:spacing w:line="480" w:lineRule="auto"/>
        <w:ind w:hanging="360"/>
      </w:pPr>
      <w:r>
        <w:rPr>
          <w:rFonts w:ascii="Times New Roman" w:hAnsi="Times New Roman" w:eastAsia="Times New Roman" w:cs="Times New Roman"/>
          <w:sz w:val="24"/>
        </w:rPr>
        <w:t>This Power of Attorney appointing (Name of Agent) as my agent and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 fact performing and acting for me in a parental capacity for my child,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[CHILD'S NAME]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will be revoked automatically on the </w:t>
      </w:r>
      <w:r>
        <w:rPr>
          <w:rFonts w:ascii="Times New Roman" w:hAnsi="Times New Roman" w:eastAsia="Times New Roman" w:cs="Times New Roman"/>
          <w:b/>
          <w:sz w:val="24"/>
        </w:rPr>
        <w:t>[DATE]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>
        <w:spacing w:before="10" w:after="0"/>
        <w:ind w:hanging="360"/>
      </w:pPr>
      <w:r>
        <w:rPr>
          <w:rFonts w:ascii="Times New Roman" w:hAnsi="Times New Roman" w:eastAsia="Times New Roman" w:cs="Times New Roman"/>
          <w:sz w:val="24"/>
        </w:rPr>
        <w:t>It is not my intention to relinquish my parental rights in and to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IN TESTIMONY WHEREOF, I have hereunto set my hand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 of</w:t>
      </w:r>
    </w:p>
    <w:p>
      <w:pPr/>
      <w:r>
        <w:rPr>
          <w:rFonts w:ascii="Times New Roman" w:hAnsi="Times New Roman" w:eastAsia="Times New Roman" w:cs="Times New Roman"/>
          <w:sz w:val="24"/>
        </w:rPr>
        <w:t>[MONTH AND 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>
        <w:spacing w:before="2" w:after="0"/>
      </w:pPr>
    </w:p>
    <w:p>
      <w:pPr>
        <w:spacing w:line="20" w:lineRule="exact"/>
      </w:pPr>
    </w:p>
    <w:p>
      <w:pPr/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STATE OF ARKANSAS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ind w:firstLine="2700"/>
      </w:pPr>
      <w:r>
        <w:rPr>
          <w:rFonts w:ascii="Times New Roman" w:hAnsi="Times New Roman" w:eastAsia="Times New Roman" w:cs="Times New Roman"/>
          <w:sz w:val="24"/>
        </w:rPr>
        <w:t xml:space="preserve">) ss COUNTY 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spacing w:before="0" w:after="0" w:line="268" w:lineRule="exact"/>
      </w:pPr>
      <w:r>
        <w:rPr>
          <w:rFonts w:ascii="Times New Roman" w:hAnsi="Times New Roman" w:eastAsia="Times New Roman" w:cs="Times New Roman"/>
          <w:sz w:val="24"/>
        </w:rPr>
        <w:t>(NAME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PARENT)</w:t>
      </w:r>
    </w:p>
    <w:p>
      <w:pPr/>
    </w:p>
    <w:p>
      <w:pPr>
        <w:spacing w:before="11" w:after="0"/>
      </w:pPr>
    </w:p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>On this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>day of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>,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, before me personally came parent,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 known to be the person described in and who executed the foregoing instrument,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acknowledged that he/she executed the same as a free act and deed, and that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is the </w:t>
      </w:r>
      <w:r>
        <w:rPr>
          <w:rFonts w:ascii="Times New Roman" w:hAnsi="Times New Roman" w:eastAsia="Times New Roman" w:cs="Times New Roman"/>
          <w:b/>
          <w:sz w:val="24"/>
        </w:rPr>
        <w:t xml:space="preserve">mother/father </w:t>
      </w:r>
      <w:r>
        <w:rPr>
          <w:rFonts w:ascii="Times New Roman" w:hAnsi="Times New Roman" w:eastAsia="Times New Roman" w:cs="Times New Roman"/>
          <w:sz w:val="24"/>
        </w:rPr>
        <w:t>of said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children.</w:t>
      </w:r>
    </w:p>
    <w:p>
      <w:pPr/>
    </w:p>
    <w:p>
      <w:pPr>
        <w:spacing w:line="480" w:lineRule="auto"/>
        <w:ind w:firstLine="720"/>
      </w:pPr>
      <w:r>
        <w:rPr>
          <w:rFonts w:ascii="Times New Roman" w:hAnsi="Times New Roman" w:eastAsia="Times New Roman" w:cs="Times New Roman"/>
          <w:sz w:val="24"/>
        </w:rPr>
        <w:t>IN WITNESS WHEREOF, I have hereunto set my hand and seal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>day of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>,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8" w:after="0"/>
      </w:pPr>
    </w:p>
    <w:p>
      <w:pPr>
        <w:spacing w:line="20" w:lineRule="exact"/>
      </w:pPr>
    </w:p>
    <w:p>
      <w:pPr/>
    </w:p>
    <w:p>
      <w:pPr>
        <w:spacing w:before="6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My Commission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Expires: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NOTARY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PUBLIC</w:t>
      </w:r>
    </w:p>
    <w:p>
      <w:pPr/>
    </w:p>
    <w:p>
      <w:pPr/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line="20" w:lineRule="exact"/>
      </w:pPr>
    </w:p>
    <w:p>
      <w:pPr>
        <w:spacing w:line="266" w:lineRule="exact"/>
      </w:pPr>
      <w:r>
        <w:rPr>
          <w:rFonts w:ascii="Times New Roman" w:hAnsi="Times New Roman" w:eastAsia="Times New Roman" w:cs="Times New Roman"/>
          <w:sz w:val="24"/>
        </w:rPr>
        <w:t>(S E 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