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ARKANSAS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18-16-305, you are required to return the deposit within 60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