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ARKANSAS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Arkansas.</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