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ARKANSAS</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Arkansas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Arkansas.</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