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Amendment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AMENDMENT OF ARTICLES OF INCORPORATION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CORPORATION]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PROFIT CORPORATION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[UNIFIED BUSINESS IDENTIFIER (UBI)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profit Corporation is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text of the amendment as adopted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complete text of the amendment here.]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amendment[s] [was/were] adopted on [date].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These Articles of Amendment were adopted by the Corporation's Board of Directors without shareholder action in accordance with the provisions of Wash. Rev. Code Ann. § 23B.10.020. Shareholder approval was not required.</w:t>
      </w:r>
    </w:p>
    <w:p>
      <w:pPr/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Written Consent to Registered Agent Designation: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hereby consent to my designation as resident agent in the state of Washington for the above named corporation. I understand my responsibilities and duties as resident agent and will immediately notify the office of the Washington Secretary of State if I resign or change the registered office address.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[____________________], 20[_____].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REGISTERED AGENT]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undersigned, hereby declare(s), under penalty of perjury, that the statements made in the foregoing Articles of Amendment are true.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[____________________], 20[_____].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[Authorized Representative]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[Title]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Contact information to return filed document: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[EMAIL]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