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Incorporation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Corporation]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this Corporation is [_________________] (the "Corporation").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total number of shares of stock the Corporation is authorized to issue is [_________________] shares 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 value of $[_________________] per share.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Its registered office in the State of Georgia is to be located at [_________________], in the City of [_________________], County of [_________________] Zip Code [_________________]. The registered agent in charge thereof is [_________________].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and mailing address of [each/the sole] incorporator is as follows: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Mailing Address: [_________________]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Zip Code: [_________________]</w:t>
      </w:r>
    </w:p>
    <w:p>
      <w:pPr/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The Undersigned, for the purpose of forming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under the laws of the State of Georgia, do make, file and record these Articles of Incorporation, and do certify that the facts herein stated are true, and I have accordingly hereunto set my hand this [____] day of [___________],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.D. 20[____].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 ([Incorporator/Attorney in fact])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