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Articles of Incorporation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 xml:space="preserve">Articles of Incorporation </w:t>
      </w:r>
      <w:r>
        <w:rPr>
          <w:rFonts w:ascii="Times New Roman" w:hAnsi="Times New Roman" w:eastAsia="Times New Roman" w:cs="Times New Roman"/>
          <w:sz w:val="24"/>
        </w:rPr>
        <w:br/>
      </w:r>
      <w:r>
        <w:rPr>
          <w:rFonts w:ascii="Times New Roman" w:hAnsi="Times New Roman" w:eastAsia="Times New Roman" w:cs="Times New Roman"/>
          <w:b w:val="0"/>
          <w:sz w:val="24"/>
        </w:rPr>
        <w:t xml:space="preserve">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undersigned incorporators, being at least eighteen years of age, hereby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corporation under the laws of the state of Maryland. The name and mailing address of the incorporator[s] are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Name: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Street Address: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City, State:[_______________]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Zip Code: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Name: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Street Address: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City, State: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Zip Code: [_______________]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p>
    <w:p>
      <w:pPr>
        <w:keepNext w:val="0"/>
        <w:spacing w:before="200" w:after="0" w:line="260" w:lineRule="exact"/>
        <w:ind w:left="1080" w:right="0" w:firstLine="0"/>
        <w:jc w:val="both"/>
      </w:pPr>
      <w:r>
        <w:rPr>
          <w:rFonts w:ascii="Times New Roman" w:hAnsi="Times New Roman" w:eastAsia="Times New Roman" w:cs="Times New Roman"/>
          <w:b w:val="0"/>
          <w:sz w:val="24"/>
        </w:rPr>
        <w:t>The name of this Corporation is [NAME OF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is formed for the purpose of conducting and transacting all lawful business activities allowed under the laws of the state of Maryland and for which corporations may be formed under the Maryland General Corporation Law.</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p>
    <w:p>
      <w:pPr>
        <w:keepNext w:val="0"/>
        <w:spacing w:before="200" w:after="0" w:line="260" w:lineRule="exact"/>
        <w:ind w:left="1080" w:right="0" w:firstLine="0"/>
        <w:jc w:val="both"/>
      </w:pPr>
      <w:r>
        <w:rPr>
          <w:rFonts w:ascii="Times New Roman" w:hAnsi="Times New Roman" w:eastAsia="Times New Roman" w:cs="Times New Roman"/>
          <w:b w:val="0"/>
          <w:sz w:val="24"/>
        </w:rPr>
        <w:t>The address of the Corporation’s principal place of business in the State of Maryland is to be located at [STREET ADDRESS], [CITY NAME], [ZIP CODE].</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p>
    <w:p>
      <w:pPr>
        <w:keepNext w:val="0"/>
        <w:spacing w:before="200" w:after="0" w:line="260" w:lineRule="exact"/>
        <w:ind w:left="1080" w:right="0" w:firstLine="0"/>
        <w:jc w:val="both"/>
      </w:pPr>
      <w:r>
        <w:rPr>
          <w:rFonts w:ascii="Times New Roman" w:hAnsi="Times New Roman" w:eastAsia="Times New Roman" w:cs="Times New Roman"/>
          <w:b w:val="0"/>
          <w:sz w:val="24"/>
        </w:rPr>
        <w:t>The address of the Corporation’s registered office in the State of Maryland is to be located at [STREET ADDRESS], [CITY NAME], [STATE NAME], [ZIP CODE]. The registered agent in charge thereof is [NAME].</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total number of shares of stock the Corporation is authorized to issue is [NUMBER OF AUTHORIZED SHARES] shares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 value of $[PAR VALUE] per share.</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p>
    <w:p>
      <w:pPr>
        <w:keepNext w:val="0"/>
        <w:spacing w:before="200" w:after="0" w:line="260" w:lineRule="exact"/>
        <w:ind w:left="1080" w:right="0" w:firstLine="0"/>
        <w:jc w:val="both"/>
      </w:pPr>
      <w:r>
        <w:rPr>
          <w:rFonts w:ascii="Times New Roman" w:hAnsi="Times New Roman" w:eastAsia="Times New Roman" w:cs="Times New Roman"/>
          <w:b w:val="0"/>
          <w:sz w:val="24"/>
        </w:rPr>
        <w:t>The number of directors to constitute the board of directors is [NUMBER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The name and mailing address of the initial directors of the Corporation are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Name: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Street Address: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City, State:[_______________]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Zip Code: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Name: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Street Address: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City, State: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Zip Code: [_______________]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[ADDITIONAL PERMISSIBLE PROVISIONS AS PERMITTED BY MD. CODE ANN., CORPS. &amp; ASS’NS § 2-104(B).]</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[I][We], the undersigned incorporator(s) hereby declare(s), under penalty of perjury, that the statements made in the foregoing Articles of Incorporation are true.</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 20[___].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[NAME OF INCORPORATOR]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[NAME OF INCORPORATOR]</w:t>
      </w:r>
    </w:p>
    <w:p>
      <w:pPr>
        <w:keepNext w:val="0"/>
        <w:spacing w:before="120" w:after="0" w:line="260" w:lineRule="exact"/>
        <w:ind w:left="360" w:right="0" w:firstLine="0"/>
        <w:jc w:val="left"/>
      </w:pPr>
      <w:r>
        <w:rPr>
          <w:rFonts w:ascii="Times New Roman" w:hAnsi="Times New Roman" w:eastAsia="Times New Roman" w:cs="Times New Roman"/>
          <w:b/>
          <w:sz w:val="24"/>
        </w:rPr>
        <w:t>WRITTEN CONSENT TO REGISTERED AGENT DESIGNATION:</w:t>
      </w:r>
    </w:p>
    <w:p>
      <w:pPr>
        <w:keepNext w:val="0"/>
        <w:spacing w:before="200" w:after="0" w:line="260" w:lineRule="exact"/>
        <w:ind w:left="720" w:right="0" w:firstLine="0"/>
        <w:jc w:val="both"/>
      </w:pPr>
      <w:r>
        <w:rPr>
          <w:rFonts w:ascii="Times New Roman" w:hAnsi="Times New Roman" w:eastAsia="Times New Roman" w:cs="Times New Roman"/>
          <w:b w:val="0"/>
          <w:sz w:val="24"/>
        </w:rPr>
        <w:t>I hereby consent to my designation as resident agent for this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 20[___].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 [NAME OF REGISTERED AGENT]</w:t>
      </w:r>
    </w:p>
    <w:p>
      <w:pPr>
        <w:keepNext w:val="0"/>
        <w:spacing w:before="200" w:after="0" w:line="260" w:lineRule="exact"/>
        <w:ind w:left="360" w:right="0" w:firstLine="0"/>
        <w:jc w:val="both"/>
      </w:pPr>
      <w:r>
        <w:rPr>
          <w:rFonts w:ascii="Times New Roman" w:hAnsi="Times New Roman" w:eastAsia="Times New Roman" w:cs="Times New Roman"/>
          <w:b w:val="0"/>
          <w:sz w:val="24"/>
        </w:rPr>
        <w:t>Name and address to return filed document:</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