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Articles of Incorporation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 xml:space="preserve">Articles of Incorporation </w:t>
      </w:r>
      <w:r>
        <w:rPr>
          <w:rFonts w:ascii="Times New Roman" w:hAnsi="Times New Roman" w:eastAsia="Times New Roman" w:cs="Times New Roman"/>
          <w:sz w:val="24"/>
        </w:rPr>
        <w:br/>
      </w:r>
      <w:r>
        <w:rPr>
          <w:rFonts w:ascii="Times New Roman" w:hAnsi="Times New Roman" w:eastAsia="Times New Roman" w:cs="Times New Roman"/>
          <w:b w:val="0"/>
          <w:sz w:val="24"/>
        </w:rPr>
        <w:t>Act 284 of 1972 Business Corporation Act</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p>
    <w:p>
      <w:pPr>
        <w:keepNext w:val="0"/>
        <w:spacing w:before="200" w:after="0" w:line="260" w:lineRule="exact"/>
        <w:ind w:left="1080" w:right="0" w:firstLine="0"/>
        <w:jc w:val="both"/>
      </w:pPr>
      <w:r>
        <w:rPr>
          <w:rFonts w:ascii="Times New Roman" w:hAnsi="Times New Roman" w:eastAsia="Times New Roman" w:cs="Times New Roman"/>
          <w:b w:val="0"/>
          <w:sz w:val="24"/>
        </w:rPr>
        <w:t>The name of this Corporation is [NAME OF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p>
    <w:p>
      <w:pPr>
        <w:keepNext w:val="0"/>
        <w:spacing w:before="200" w:after="0" w:line="260" w:lineRule="exact"/>
        <w:ind w:left="1080" w:right="0" w:firstLine="0"/>
        <w:jc w:val="both"/>
      </w:pPr>
      <w:r>
        <w:rPr>
          <w:rFonts w:ascii="Times New Roman" w:hAnsi="Times New Roman" w:eastAsia="Times New Roman" w:cs="Times New Roman"/>
          <w:b w:val="0"/>
          <w:sz w:val="24"/>
        </w:rPr>
        <w:t>The Corporation is formed for the purpose of conducting and transacting all lawful business activities allowed under the laws of the state of Michigan and for which corporations may be formed under the Business Corporation Act.</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p>
    <w:p>
      <w:pPr>
        <w:keepNext w:val="0"/>
        <w:spacing w:before="200" w:after="0" w:line="260" w:lineRule="exact"/>
        <w:ind w:left="1080" w:right="0" w:firstLine="0"/>
        <w:jc w:val="both"/>
      </w:pPr>
      <w:r>
        <w:rPr>
          <w:rFonts w:ascii="Times New Roman" w:hAnsi="Times New Roman" w:eastAsia="Times New Roman" w:cs="Times New Roman"/>
          <w:b w:val="0"/>
          <w:sz w:val="24"/>
        </w:rPr>
        <w:t>The total number of shares of stock the Corporation is authorized to issue is [NUMBER OF AUTHORIZED SHARES] shares.</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p>
    <w:p>
      <w:pPr>
        <w:keepNext w:val="0"/>
        <w:spacing w:before="200" w:after="0" w:line="260" w:lineRule="exact"/>
        <w:ind w:left="1080" w:right="0" w:firstLine="0"/>
        <w:jc w:val="both"/>
      </w:pPr>
      <w:r>
        <w:rPr>
          <w:rFonts w:ascii="Times New Roman" w:hAnsi="Times New Roman" w:eastAsia="Times New Roman" w:cs="Times New Roman"/>
          <w:b w:val="0"/>
          <w:sz w:val="24"/>
        </w:rPr>
        <w:t>The address of the Corporation's registered office in the State of Michigan is to be located at [STREET ADDRESS], [CITY NAME], [STATE NAME], [ZIP CODE]. The registered agent in charge thereof is [NAME].</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p>
    <w:p>
      <w:pPr>
        <w:keepNext w:val="0"/>
        <w:spacing w:before="200" w:after="0" w:line="260" w:lineRule="exact"/>
        <w:ind w:left="1080" w:right="0" w:firstLine="0"/>
        <w:jc w:val="both"/>
      </w:pPr>
      <w:r>
        <w:rPr>
          <w:rFonts w:ascii="Times New Roman" w:hAnsi="Times New Roman" w:eastAsia="Times New Roman" w:cs="Times New Roman"/>
          <w:b w:val="0"/>
          <w:sz w:val="24"/>
        </w:rPr>
        <w:t>The name and mailing address of the incorporator[s] are as follows:</w:t>
      </w:r>
    </w:p>
    <w:p>
      <w:pPr>
        <w:keepNext w:val="0"/>
        <w:spacing w:before="200" w:after="0" w:line="260" w:lineRule="exact"/>
        <w:ind w:left="1080" w:right="0" w:firstLine="0"/>
        <w:jc w:val="both"/>
      </w:pPr>
      <w:r>
        <w:rPr>
          <w:rFonts w:ascii="Times New Roman" w:hAnsi="Times New Roman" w:eastAsia="Times New Roman" w:cs="Times New Roman"/>
          <w:b w:val="0"/>
          <w:sz w:val="24"/>
        </w:rPr>
        <w:t>Name: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Street Address: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City, State:[_______________]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Zip Code: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Name: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Street Address: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City, State: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Zip Code: [_______________]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p>
    <w:p>
      <w:pPr>
        <w:keepNext w:val="0"/>
        <w:spacing w:before="200" w:after="0" w:line="260" w:lineRule="exact"/>
        <w:ind w:left="1080" w:right="0" w:firstLine="0"/>
        <w:jc w:val="both"/>
      </w:pPr>
      <w:r>
        <w:rPr>
          <w:rFonts w:ascii="Times New Roman" w:hAnsi="Times New Roman" w:eastAsia="Times New Roman" w:cs="Times New Roman"/>
          <w:b w:val="0"/>
          <w:sz w:val="24"/>
        </w:rPr>
        <w:t>The period of duration of the Corporation is [NUMBER OF YEARS or PERPETUAL].</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p>
    <w:p>
      <w:pPr>
        <w:keepNext w:val="0"/>
        <w:spacing w:before="200" w:after="0" w:line="260" w:lineRule="exact"/>
        <w:ind w:left="1080" w:right="0" w:firstLine="0"/>
        <w:jc w:val="both"/>
      </w:pPr>
      <w:r>
        <w:rPr>
          <w:rFonts w:ascii="Times New Roman" w:hAnsi="Times New Roman" w:eastAsia="Times New Roman" w:cs="Times New Roman"/>
          <w:b w:val="0"/>
          <w:sz w:val="24"/>
        </w:rPr>
        <w:t>The number of directors to constitute the board of directors is [NUMBER OF DIRECTORS].</w:t>
      </w:r>
    </w:p>
    <w:p>
      <w:pPr>
        <w:keepNext w:val="0"/>
        <w:spacing w:before="200" w:after="0" w:line="260" w:lineRule="exact"/>
        <w:ind w:left="1080" w:right="0" w:firstLine="0"/>
        <w:jc w:val="both"/>
      </w:pPr>
      <w:r>
        <w:rPr>
          <w:rFonts w:ascii="Times New Roman" w:hAnsi="Times New Roman" w:eastAsia="Times New Roman" w:cs="Times New Roman"/>
          <w:b w:val="0"/>
          <w:sz w:val="24"/>
        </w:rPr>
        <w:t>The name and mailing address of the initial directors of the Corporation are as follows:</w:t>
      </w:r>
    </w:p>
    <w:p>
      <w:pPr>
        <w:keepNext w:val="0"/>
        <w:spacing w:before="200" w:after="0" w:line="260" w:lineRule="exact"/>
        <w:ind w:left="1080" w:right="0" w:firstLine="0"/>
        <w:jc w:val="both"/>
      </w:pPr>
      <w:r>
        <w:rPr>
          <w:rFonts w:ascii="Times New Roman" w:hAnsi="Times New Roman" w:eastAsia="Times New Roman" w:cs="Times New Roman"/>
          <w:b w:val="0"/>
          <w:sz w:val="24"/>
        </w:rPr>
        <w:t>Name: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Street Address: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City, State:[_______________]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Zip Code: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Name: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Street Address: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City, State: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Zip Code: [_______________]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To the fullest extent permitted by the Business Corporation Act of Michigan, as the same exists or as may hereafter be amended,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Corporation shall not be personally liable to the Corporation or its shareholders for monetary damages for any action taken or any failure to take any action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provided, however, that this provision shall not eliminate or limit the liability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for: (i) the amount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benefit received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to which s/he is not entitled; (ii) intentional infliction of harm on the Corporation or its shareholders;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of Section 551 of the Business Corporation Act of Michigan, Mich. Comp. Laws Serv. § 450.1551; or (iv)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intentional criminal act.]</w:t>
      </w:r>
    </w:p>
    <w:p>
      <w:pPr>
        <w:keepNext w:val="0"/>
        <w:spacing w:before="200" w:after="0" w:line="260" w:lineRule="exact"/>
        <w:ind w:left="360" w:right="0" w:firstLine="0"/>
        <w:jc w:val="both"/>
      </w:pPr>
      <w:r>
        <w:rPr>
          <w:rFonts w:ascii="Times New Roman" w:hAnsi="Times New Roman" w:eastAsia="Times New Roman" w:cs="Times New Roman"/>
          <w:b w:val="0"/>
          <w:sz w:val="24"/>
        </w:rPr>
        <w:t>[ADDITIONAL PERMISSIBLE PROVISIONS AS PERMITTED BY MICH. COMP. LAWS SERV. § 450.1209.]</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[I][We], the undersigned incorporator(s) hereby declare(s), under penalty of perjury, that the statements made in the foregoing Articles of Incorporation are true.</w:t>
      </w:r>
    </w:p>
    <w:p>
      <w:pPr>
        <w:keepNext w:val="0"/>
        <w:spacing w:before="200" w:after="0" w:line="260" w:lineRule="exact"/>
        <w:ind w:left="360" w:right="0" w:firstLine="0"/>
        <w:jc w:val="both"/>
      </w:pPr>
      <w:r>
        <w:rPr>
          <w:rFonts w:ascii="Times New Roman" w:hAnsi="Times New Roman" w:eastAsia="Times New Roman" w:cs="Times New Roman"/>
          <w:b w:val="0"/>
          <w:sz w:val="24"/>
        </w:rPr>
        <w:t>Dated [___________], 20[___].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By: [NAME OF INCORPORATOR]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By: [NAME OF INCORPORATOR]</w:t>
      </w:r>
    </w:p>
    <w:p>
      <w:pPr>
        <w:keepNext w:val="0"/>
        <w:spacing w:before="200" w:after="0" w:line="260" w:lineRule="exact"/>
        <w:ind w:left="360" w:right="0" w:firstLine="0"/>
        <w:jc w:val="both"/>
      </w:pPr>
      <w:r>
        <w:rPr>
          <w:rFonts w:ascii="Times New Roman" w:hAnsi="Times New Roman" w:eastAsia="Times New Roman" w:cs="Times New Roman"/>
          <w:b w:val="0"/>
          <w:sz w:val="24"/>
        </w:rPr>
        <w:t>Name and address to return filed document:</w:t>
      </w:r>
    </w:p>
    <w:p>
      <w:pPr>
        <w:keepNext w:val="0"/>
        <w:spacing w:before="200" w:after="0" w:line="260" w:lineRule="exact"/>
        <w:ind w:left="360" w:right="0" w:firstLine="0"/>
        <w:jc w:val="both"/>
      </w:pPr>
      <w:r>
        <w:rPr>
          <w:rFonts w:ascii="Times New Roman" w:hAnsi="Times New Roman" w:eastAsia="Times New Roman" w:cs="Times New Roman"/>
          <w:b w:val="0"/>
          <w:sz w:val="24"/>
        </w:rPr>
        <w:t>[NAME]</w:t>
      </w:r>
    </w:p>
    <w:p>
      <w:pPr>
        <w:keepNext w:val="0"/>
        <w:spacing w:before="200" w:after="0" w:line="260" w:lineRule="exact"/>
        <w:ind w:left="360" w:right="0" w:firstLine="0"/>
        <w:jc w:val="both"/>
      </w:pPr>
      <w:r>
        <w:rPr>
          <w:rFonts w:ascii="Times New Roman" w:hAnsi="Times New Roman" w:eastAsia="Times New Roman" w:cs="Times New Roman"/>
          <w:b w:val="0"/>
          <w:sz w:val="24"/>
        </w:rPr>
        <w:t>[ADDRESS]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