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Incorporation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Of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this Corporation is [_________________] (the "Corporation").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Corporation is to [engage in any activity within the purposes for which corporations may be organized under the New Jersey Business Corporation Act].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aggregate number of shares of stock the Corporation is authorized to issue is [_________________] shares [with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 value of $[_________________] per share].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Its registered office in the State of New Jersey is to be located at [_________________], in the City of [_________________], County of [_________________] Zip Code [_________________]. The registered agent in charge thereof is [_________________].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5.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Corporation shall have [number] initial directors. The name and address of each of the initial directors of the Corporation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6.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[each/the sole] incorporator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submit this document and affirm that the facts stated herein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 (Incorporator)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