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Articles of Organization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Articles of Organization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 [Name of LLC]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this Limited Liability Company is [name of limited liability company].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business address(es) of the manager(s) or any member with the authority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manager are: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City, State: [_______________]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Zip Code: [_______________]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has executed these Articles of Organization on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 day of ___________, ____.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 ([Organizer/Member/Manager/Attorney-in-fact])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