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Articles of Organization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Articles of Organization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Of [name of LLC]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 w:val="0"/>
          <w:sz w:val="24"/>
        </w:rPr>
        <w:t>Act 23 of 1993 Maryland Limited Liability Company Act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name of the Limited Liability Company is [name of LLC].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II.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address of the Limited Liability Company’s principal place of business in the State of Maryland is to be located at [STREET ADDRESS], in the City of [CITY NAME], County of [COUNTY NAME], [ZIP CODE].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III.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registered agent of the Limited Liability Company is [NAME] and the resident agent’s address in the State of Maryland is to be located at [STREET ADDRESS], in the City of [CITY NAME], County of [COUNTY NAME], [ZIP CODE].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</w:t>
      </w:r>
      <w:r>
        <w:rPr>
          <w:rFonts w:ascii="Times New Roman" w:hAnsi="Times New Roman" w:eastAsia="Times New Roman" w:cs="Times New Roman"/>
          <w:b w:val="0"/>
          <w:sz w:val="24"/>
        </w:rPr>
        <w:t>ADDITIONAL OPTIONAL PROVISIONS AS PERMITTED BY MD. CODE ANN., CORPS. &amp; ASS’NS § 4A-204(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>)(3).</w:t>
      </w:r>
      <w:r>
        <w:rPr>
          <w:rFonts w:ascii="Times New Roman" w:hAnsi="Times New Roman" w:eastAsia="Times New Roman" w:cs="Times New Roman"/>
          <w:b w:val="0"/>
          <w:sz w:val="24"/>
        </w:rPr>
        <w:t>]</w:t>
      </w:r>
    </w:p>
    <w:p>
      <w:pPr/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Signature of Organizer: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[_________________] (Organizer)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NAME: [_________________]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DATE: [_________________]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(type or print)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Signature of Resident Agent: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[_________________] (Resident Agent)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NAME: [_________________]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DATE: [_________________]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(type or print)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Name and address to return filed document: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[NAME]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[ADDRESS]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