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Organization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Organization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 [name of LLC]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Act 23 of 1993 Michigan Limited Liability Company Act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Liability Company is [name of LLC].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of the Limited Liability Company is to [engage in any lawful act or activity for which limited liability companies may be organized under the laws of the State of Michigan] [exclusively engage in__________].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Limited Liability Company's initial registered office in the State of Michigan is to be located at [STREET ADDRESS], in the City of [CITY NAME], County of [COUNTY NAME], [ZIP CODE]. The registered agent in charge thereof is [NAME].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period of duration of the Limited Liability Company is [perpetual OR number of years]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Limited Liability Company will be [member-managed OR manager-managed].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OPTIONAL PROVISIONS AS PERMITTED BY MICH. COMP. LAWS SERV. § 450.4203(2).]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Organizer: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(Organizer)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Organizer: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(Organizer)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 and address to return filed document: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Contact name and phone number for inquiries regarding this form: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[CONTACT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