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ASSIGNMENT OF COPYRIGHT</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Assignment of Copyright (“Agreement”) made this </w:t>
      </w:r>
      <w:r>
        <w:rPr>
          <w:rFonts w:ascii="Times New Roman" w:hAnsi="Times New Roman" w:eastAsia="Times New Roman" w:cs="Times New Roman"/>
          <w:sz w:val="24"/>
        </w:rPr>
        <w:t>[EFFECTIVE DATE]</w:t>
      </w:r>
      <w:r>
        <w:rPr>
          <w:rFonts w:ascii="Times New Roman" w:hAnsi="Times New Roman" w:eastAsia="Times New Roman" w:cs="Times New Roman"/>
          <w:sz w:val="24"/>
        </w:rPr>
        <w:t xml:space="preserve"> (“Effective Date”) is by and between:</w:t>
      </w:r>
    </w:p>
    <w:p>
      <w:pPr/>
    </w:p>
    <w:p>
      <w:pPr/>
      <w:r>
        <w:rPr>
          <w:rFonts w:ascii="Times New Roman" w:hAnsi="Times New Roman" w:eastAsia="Times New Roman" w:cs="Times New Roman"/>
          <w:b/>
          <w:sz w:val="24"/>
        </w:rPr>
        <w:t>Assignor</w:t>
      </w:r>
      <w:r>
        <w:rPr>
          <w:rFonts w:ascii="Times New Roman" w:hAnsi="Times New Roman" w:eastAsia="Times New Roman" w:cs="Times New Roman"/>
          <w:sz w:val="24"/>
        </w:rPr>
        <w:t xml:space="preserve">: </w:t>
      </w:r>
      <w:r>
        <w:rPr>
          <w:rFonts w:ascii="Times New Roman" w:hAnsi="Times New Roman" w:eastAsia="Times New Roman" w:cs="Times New Roman"/>
          <w:sz w:val="24"/>
        </w:rPr>
        <w:t>[ASSIGNOR'S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[ASSIGNOR'S ADDRESS]</w:t>
      </w:r>
      <w:r>
        <w:rPr>
          <w:rFonts w:ascii="Times New Roman" w:hAnsi="Times New Roman" w:eastAsia="Times New Roman" w:cs="Times New Roman"/>
          <w:sz w:val="24"/>
        </w:rPr>
        <w:t xml:space="preserve"> (“Assignor”), and</w:t>
      </w:r>
    </w:p>
    <w:p>
      <w:pPr/>
    </w:p>
    <w:p>
      <w:pPr/>
      <w:r>
        <w:rPr>
          <w:rFonts w:ascii="Times New Roman" w:hAnsi="Times New Roman" w:eastAsia="Times New Roman" w:cs="Times New Roman"/>
          <w:b/>
          <w:sz w:val="24"/>
        </w:rPr>
        <w:t>Assignee</w:t>
      </w:r>
      <w:r>
        <w:rPr>
          <w:rFonts w:ascii="Times New Roman" w:hAnsi="Times New Roman" w:eastAsia="Times New Roman" w:cs="Times New Roman"/>
          <w:sz w:val="24"/>
        </w:rPr>
        <w:t xml:space="preserve">: </w:t>
      </w:r>
      <w:r>
        <w:rPr>
          <w:rFonts w:ascii="Times New Roman" w:hAnsi="Times New Roman" w:eastAsia="Times New Roman" w:cs="Times New Roman"/>
          <w:sz w:val="24"/>
        </w:rPr>
        <w:t>[ASSIGNEE'S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[ASSIGNEE'S ADDRESSS]</w:t>
      </w:r>
      <w:r>
        <w:rPr>
          <w:rFonts w:ascii="Times New Roman" w:hAnsi="Times New Roman" w:eastAsia="Times New Roman" w:cs="Times New Roman"/>
          <w:sz w:val="24"/>
        </w:rPr>
        <w:t xml:space="preserve"> (“Assignee”).</w:t>
      </w:r>
    </w:p>
    <w:p>
      <w:pPr/>
    </w:p>
    <w:p>
      <w:pPr/>
      <w:r>
        <w:rPr>
          <w:rFonts w:ascii="Times New Roman" w:hAnsi="Times New Roman" w:eastAsia="Times New Roman" w:cs="Times New Roman"/>
          <w:sz w:val="24"/>
        </w:rPr>
        <w:t>The Assignor and the Assignee are each referred to herein as a “Party” and collectively as the “Parties.”</w:t>
        <w:br/>
      </w:r>
    </w:p>
    <w:p>
      <w:pPr/>
      <w:r>
        <w:rPr>
          <w:rFonts w:ascii="Times New Roman" w:hAnsi="Times New Roman" w:eastAsia="Times New Roman" w:cs="Times New Roman"/>
          <w:b/>
          <w:sz w:val="24"/>
        </w:rPr>
        <w:t>ASSIGNMENT OF AUTHORED WORKS</w:t>
      </w:r>
      <w:r>
        <w:rPr>
          <w:rFonts w:ascii="Times New Roman" w:hAnsi="Times New Roman" w:eastAsia="Times New Roman" w:cs="Times New Roman"/>
          <w:sz w:val="24"/>
        </w:rPr>
        <w:t>. The Assignor, through this Agreement, assigns to the Assignee of all the Assignor’s interest in: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The following registered copyrighted work(s) (“Work(s)”):</w:t>
      </w:r>
    </w:p>
    <w:p>
      <w:pPr/>
    </w:p>
    <w:p>
      <w:pPr/>
      <w:r>
        <w:rPr>
          <w:rFonts w:ascii="Times New Roman" w:hAnsi="Times New Roman" w:eastAsia="Times New Roman" w:cs="Times New Roman"/>
          <w:b/>
          <w:sz w:val="24"/>
        </w:rPr>
        <w:t>Copyright #1</w:t>
      </w:r>
    </w:p>
    <w:p>
      <w:pPr/>
      <w:r>
        <w:rPr>
          <w:rFonts w:ascii="Times New Roman" w:hAnsi="Times New Roman" w:eastAsia="Times New Roman" w:cs="Times New Roman"/>
          <w:sz w:val="24"/>
        </w:rPr>
        <w:t xml:space="preserve">Author Name: </w:t>
      </w:r>
      <w:r>
        <w:rPr>
          <w:rFonts w:ascii="Times New Roman" w:hAnsi="Times New Roman" w:eastAsia="Times New Roman" w:cs="Times New Roman"/>
          <w:sz w:val="24"/>
        </w:rPr>
        <w:t>[AUTHOR'S NAME]</w:t>
      </w:r>
    </w:p>
    <w:p>
      <w:pPr/>
      <w:r>
        <w:rPr>
          <w:rFonts w:ascii="Times New Roman" w:hAnsi="Times New Roman" w:eastAsia="Times New Roman" w:cs="Times New Roman"/>
          <w:sz w:val="24"/>
        </w:rPr>
        <w:t xml:space="preserve">Title of Work: </w:t>
      </w:r>
      <w:r>
        <w:rPr>
          <w:rFonts w:ascii="Times New Roman" w:hAnsi="Times New Roman" w:eastAsia="Times New Roman" w:cs="Times New Roman"/>
          <w:sz w:val="24"/>
        </w:rPr>
        <w:t>[TITLE OF WORK]</w:t>
      </w:r>
    </w:p>
    <w:p>
      <w:pPr/>
      <w:r>
        <w:rPr>
          <w:rFonts w:ascii="Times New Roman" w:hAnsi="Times New Roman" w:eastAsia="Times New Roman" w:cs="Times New Roman"/>
          <w:sz w:val="24"/>
        </w:rPr>
        <w:t xml:space="preserve">Registration Number: </w:t>
      </w:r>
      <w:r>
        <w:rPr>
          <w:rFonts w:ascii="Times New Roman" w:hAnsi="Times New Roman" w:eastAsia="Times New Roman" w:cs="Times New Roman"/>
          <w:sz w:val="24"/>
        </w:rPr>
        <w:t>[REGISTRATION NUMBER]</w:t>
      </w:r>
    </w:p>
    <w:p>
      <w:pPr/>
      <w:r>
        <w:rPr>
          <w:rFonts w:ascii="Times New Roman" w:hAnsi="Times New Roman" w:eastAsia="Times New Roman" w:cs="Times New Roman"/>
          <w:sz w:val="24"/>
        </w:rPr>
        <w:t xml:space="preserve">Registration Date: </w:t>
      </w:r>
      <w:r>
        <w:rPr>
          <w:rFonts w:ascii="Times New Roman" w:hAnsi="Times New Roman" w:eastAsia="Times New Roman" w:cs="Times New Roman"/>
          <w:sz w:val="24"/>
        </w:rPr>
        <w:t>[REGISTRATION DATE]</w:t>
      </w:r>
    </w:p>
    <w:p>
      <w:pPr/>
    </w:p>
    <w:p>
      <w:pPr/>
      <w:r>
        <w:rPr>
          <w:rFonts w:ascii="Times New Roman" w:hAnsi="Times New Roman" w:eastAsia="Times New Roman" w:cs="Times New Roman"/>
          <w:b/>
          <w:sz w:val="24"/>
        </w:rPr>
        <w:t>Copyright #2</w:t>
      </w:r>
    </w:p>
    <w:p>
      <w:pPr/>
      <w:r>
        <w:rPr>
          <w:rFonts w:ascii="Times New Roman" w:hAnsi="Times New Roman" w:eastAsia="Times New Roman" w:cs="Times New Roman"/>
          <w:sz w:val="24"/>
        </w:rPr>
        <w:t xml:space="preserve">Author Name: </w:t>
      </w:r>
      <w:r>
        <w:rPr>
          <w:rFonts w:ascii="Times New Roman" w:hAnsi="Times New Roman" w:eastAsia="Times New Roman" w:cs="Times New Roman"/>
          <w:sz w:val="24"/>
        </w:rPr>
        <w:t>[AUTHOR'S NAME]</w:t>
      </w:r>
    </w:p>
    <w:p>
      <w:pPr/>
      <w:r>
        <w:rPr>
          <w:rFonts w:ascii="Times New Roman" w:hAnsi="Times New Roman" w:eastAsia="Times New Roman" w:cs="Times New Roman"/>
          <w:sz w:val="24"/>
        </w:rPr>
        <w:t xml:space="preserve">Title of Work: </w:t>
      </w:r>
      <w:r>
        <w:rPr>
          <w:rFonts w:ascii="Times New Roman" w:hAnsi="Times New Roman" w:eastAsia="Times New Roman" w:cs="Times New Roman"/>
          <w:sz w:val="24"/>
        </w:rPr>
        <w:t>[TITLE OF WORK]</w:t>
      </w:r>
    </w:p>
    <w:p>
      <w:pPr/>
      <w:r>
        <w:rPr>
          <w:rFonts w:ascii="Times New Roman" w:hAnsi="Times New Roman" w:eastAsia="Times New Roman" w:cs="Times New Roman"/>
          <w:sz w:val="24"/>
        </w:rPr>
        <w:t xml:space="preserve">Registration Number: </w:t>
      </w:r>
      <w:r>
        <w:rPr>
          <w:rFonts w:ascii="Times New Roman" w:hAnsi="Times New Roman" w:eastAsia="Times New Roman" w:cs="Times New Roman"/>
          <w:sz w:val="24"/>
        </w:rPr>
        <w:t>[REGISTRATION NUMBER]</w:t>
      </w:r>
    </w:p>
    <w:p>
      <w:pPr/>
      <w:r>
        <w:rPr>
          <w:rFonts w:ascii="Times New Roman" w:hAnsi="Times New Roman" w:eastAsia="Times New Roman" w:cs="Times New Roman"/>
          <w:sz w:val="24"/>
        </w:rPr>
        <w:t xml:space="preserve">Registration Date: </w:t>
      </w:r>
      <w:r>
        <w:rPr>
          <w:rFonts w:ascii="Times New Roman" w:hAnsi="Times New Roman" w:eastAsia="Times New Roman" w:cs="Times New Roman"/>
          <w:sz w:val="24"/>
        </w:rPr>
        <w:t>[REGISTRATION DATE]</w:t>
      </w:r>
    </w:p>
    <w:p>
      <w:pPr/>
    </w:p>
    <w:p>
      <w:pPr/>
      <w:r>
        <w:rPr>
          <w:rFonts w:ascii="Times New Roman" w:hAnsi="Times New Roman" w:eastAsia="Times New Roman" w:cs="Times New Roman"/>
          <w:b/>
          <w:sz w:val="24"/>
        </w:rPr>
        <w:t>Copyright #3</w:t>
      </w:r>
    </w:p>
    <w:p>
      <w:pPr/>
      <w:r>
        <w:rPr>
          <w:rFonts w:ascii="Times New Roman" w:hAnsi="Times New Roman" w:eastAsia="Times New Roman" w:cs="Times New Roman"/>
          <w:sz w:val="24"/>
        </w:rPr>
        <w:t xml:space="preserve">Author Name: </w:t>
      </w:r>
      <w:r>
        <w:rPr>
          <w:rFonts w:ascii="Times New Roman" w:hAnsi="Times New Roman" w:eastAsia="Times New Roman" w:cs="Times New Roman"/>
          <w:sz w:val="24"/>
        </w:rPr>
        <w:t>[AUTHOR'S NAME]</w:t>
      </w:r>
    </w:p>
    <w:p>
      <w:pPr/>
      <w:r>
        <w:rPr>
          <w:rFonts w:ascii="Times New Roman" w:hAnsi="Times New Roman" w:eastAsia="Times New Roman" w:cs="Times New Roman"/>
          <w:sz w:val="24"/>
        </w:rPr>
        <w:t xml:space="preserve">Title of Work: </w:t>
      </w:r>
      <w:r>
        <w:rPr>
          <w:rFonts w:ascii="Times New Roman" w:hAnsi="Times New Roman" w:eastAsia="Times New Roman" w:cs="Times New Roman"/>
          <w:sz w:val="24"/>
        </w:rPr>
        <w:t>[TITLE OF WORK]</w:t>
      </w:r>
    </w:p>
    <w:p>
      <w:pPr/>
      <w:r>
        <w:rPr>
          <w:rFonts w:ascii="Times New Roman" w:hAnsi="Times New Roman" w:eastAsia="Times New Roman" w:cs="Times New Roman"/>
          <w:sz w:val="24"/>
        </w:rPr>
        <w:t xml:space="preserve">Registration Number: </w:t>
      </w:r>
      <w:r>
        <w:rPr>
          <w:rFonts w:ascii="Times New Roman" w:hAnsi="Times New Roman" w:eastAsia="Times New Roman" w:cs="Times New Roman"/>
          <w:sz w:val="24"/>
        </w:rPr>
        <w:t>[REGISTRATION NUMBER]</w:t>
      </w:r>
    </w:p>
    <w:p>
      <w:pPr/>
      <w:r>
        <w:rPr>
          <w:rFonts w:ascii="Times New Roman" w:hAnsi="Times New Roman" w:eastAsia="Times New Roman" w:cs="Times New Roman"/>
          <w:sz w:val="24"/>
        </w:rPr>
        <w:t xml:space="preserve">Registration Date: </w:t>
      </w:r>
      <w:r>
        <w:rPr>
          <w:rFonts w:ascii="Times New Roman" w:hAnsi="Times New Roman" w:eastAsia="Times New Roman" w:cs="Times New Roman"/>
          <w:sz w:val="24"/>
        </w:rPr>
        <w:t>[REGISTRATION DATE]</w:t>
      </w:r>
    </w:p>
    <w:p>
      <w:pPr/>
    </w:p>
    <w:p>
      <w:pPr/>
      <w:r>
        <w:rPr>
          <w:rFonts w:ascii="Times New Roman" w:hAnsi="Times New Roman" w:eastAsia="Times New Roman" w:cs="Times New Roman"/>
          <w:sz w:val="24"/>
        </w:rPr>
        <w:t>All the usual rights granted to the owner of a copyright under federal law, including but not limited to the right to reproduce, publish, adapt, modify, distribute, create derivative works on, display, publicize, and transmit each Work;</w:t>
      </w:r>
    </w:p>
    <w:p>
      <w:pPr/>
      <w:r>
        <w:rPr>
          <w:rFonts w:ascii="Times New Roman" w:hAnsi="Times New Roman" w:eastAsia="Times New Roman" w:cs="Times New Roman"/>
          <w:sz w:val="24"/>
        </w:rPr>
        <w:t>The registrations as well as applications for registrations of each Work, including any and all renewals and extensions;</w:t>
      </w:r>
    </w:p>
    <w:p>
      <w:pPr/>
      <w:r>
        <w:rPr>
          <w:rFonts w:ascii="Times New Roman" w:hAnsi="Times New Roman" w:eastAsia="Times New Roman" w:cs="Times New Roman"/>
          <w:sz w:val="24"/>
        </w:rPr>
        <w:t>The income, royalties, and damages due to the Assignor in regards to each Work, including damages for past or future infringements and misappropriations for each Work;</w:t>
      </w:r>
    </w:p>
    <w:p>
      <w:pPr/>
      <w:r>
        <w:rPr>
          <w:rFonts w:ascii="Times New Roman" w:hAnsi="Times New Roman" w:eastAsia="Times New Roman" w:cs="Times New Roman"/>
          <w:sz w:val="24"/>
        </w:rPr>
        <w:t>The right to sue for past, present, and future infringements and misappropriations for each Work.</w:t>
      </w:r>
    </w:p>
    <w:p>
      <w:pPr/>
    </w:p>
    <w:p>
      <w:pPr/>
      <w:r>
        <w:rPr>
          <w:rFonts w:ascii="Times New Roman" w:hAnsi="Times New Roman" w:eastAsia="Times New Roman" w:cs="Times New Roman"/>
          <w:b/>
          <w:sz w:val="24"/>
        </w:rPr>
        <w:t>ASSIGNMENT PURCHASE</w:t>
      </w:r>
      <w:r>
        <w:rPr>
          <w:rFonts w:ascii="Times New Roman" w:hAnsi="Times New Roman" w:eastAsia="Times New Roman" w:cs="Times New Roman"/>
          <w:sz w:val="24"/>
        </w:rPr>
        <w:t>. The Assignee agrees to pay $</w:t>
      </w:r>
      <w:r>
        <w:rPr>
          <w:rFonts w:ascii="Times New Roman" w:hAnsi="Times New Roman" w:eastAsia="Times New Roman" w:cs="Times New Roman"/>
          <w:sz w:val="24"/>
        </w:rPr>
        <w:t>[PRICE]</w:t>
      </w:r>
      <w:r>
        <w:rPr>
          <w:rFonts w:ascii="Times New Roman" w:hAnsi="Times New Roman" w:eastAsia="Times New Roman" w:cs="Times New Roman"/>
          <w:sz w:val="24"/>
        </w:rPr>
        <w:t xml:space="preserve"> for the above granted rights (Section II) and complete this payment no later than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RECORDATION</w:t>
      </w:r>
      <w:r>
        <w:rPr>
          <w:rFonts w:ascii="Times New Roman" w:hAnsi="Times New Roman" w:eastAsia="Times New Roman" w:cs="Times New Roman"/>
          <w:sz w:val="24"/>
        </w:rPr>
        <w:t>. The sole responsibility for filing this assignment with the United States Copyright Office within a reasonable time period after signing, as well as for paying any and all associated fees for said filing, is left to the: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Assignor</w:t>
        <w:br/>
      </w:r>
      <w:r>
        <w:rPr>
          <w:rFonts w:ascii="Times New Roman" w:hAnsi="Times New Roman" w:eastAsia="Times New Roman" w:cs="Times New Roman"/>
          <w:sz w:val="24"/>
        </w:rPr>
        <w:t xml:space="preserve"> - Assignee</w:t>
      </w:r>
    </w:p>
    <w:p>
      <w:pPr/>
    </w:p>
    <w:p>
      <w:pPr/>
      <w:r>
        <w:rPr>
          <w:rFonts w:ascii="Times New Roman" w:hAnsi="Times New Roman" w:eastAsia="Times New Roman" w:cs="Times New Roman"/>
          <w:b/>
          <w:sz w:val="24"/>
        </w:rPr>
        <w:t>FURTHER USE OF WORK</w:t>
      </w:r>
      <w:r>
        <w:rPr>
          <w:rFonts w:ascii="Times New Roman" w:hAnsi="Times New Roman" w:eastAsia="Times New Roman" w:cs="Times New Roman"/>
          <w:sz w:val="24"/>
        </w:rPr>
        <w:t>. The nature of this Agreement and assignment is: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Non-Exclusive</w:t>
      </w:r>
      <w:r>
        <w:rPr>
          <w:rFonts w:ascii="Times New Roman" w:hAnsi="Times New Roman" w:eastAsia="Times New Roman" w:cs="Times New Roman"/>
          <w:sz w:val="24"/>
        </w:rPr>
        <w:t>. After the effective date of this Agreement, the Assignor shall be granted a non-exclusive, royalty-free license to use the Work(s), including for but not limited to the creation of derivative works.</w:t>
        <w:br/>
        <w:br/>
      </w:r>
      <w:r>
        <w:rPr>
          <w:rFonts w:ascii="Times New Roman" w:hAnsi="Times New Roman" w:eastAsia="Times New Roman" w:cs="Times New Roman"/>
          <w:sz w:val="24"/>
        </w:rPr>
        <w:t xml:space="preserve"> - </w:t>
      </w:r>
      <w:r>
        <w:rPr>
          <w:rFonts w:ascii="Times New Roman" w:hAnsi="Times New Roman" w:eastAsia="Times New Roman" w:cs="Times New Roman"/>
          <w:b/>
          <w:sz w:val="24"/>
        </w:rPr>
        <w:t>Exclusive</w:t>
      </w:r>
      <w:r>
        <w:rPr>
          <w:rFonts w:ascii="Times New Roman" w:hAnsi="Times New Roman" w:eastAsia="Times New Roman" w:cs="Times New Roman"/>
          <w:sz w:val="24"/>
        </w:rPr>
        <w:t>. Once the effective date has passed, the Assignor may not make any further use of the Work(s) or derivatives thereof without written, authorized consent from the Assignee and further may not challenge the Assignee’s use or ownership of the Work(s) or the validity of the Work(s)</w:t>
      </w:r>
    </w:p>
    <w:p>
      <w:pPr/>
    </w:p>
    <w:p>
      <w:pPr/>
      <w:r>
        <w:rPr>
          <w:rFonts w:ascii="Times New Roman" w:hAnsi="Times New Roman" w:eastAsia="Times New Roman" w:cs="Times New Roman"/>
          <w:b/>
          <w:sz w:val="24"/>
        </w:rPr>
        <w:t>AUTHORSHIP</w:t>
      </w:r>
      <w:r>
        <w:rPr>
          <w:rFonts w:ascii="Times New Roman" w:hAnsi="Times New Roman" w:eastAsia="Times New Roman" w:cs="Times New Roman"/>
          <w:sz w:val="24"/>
        </w:rPr>
        <w:t>. In relation to authorship rights, following the effective date of this Agreement, the Assignor: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Will </w:t>
      </w:r>
      <w:r>
        <w:rPr>
          <w:rFonts w:ascii="Times New Roman" w:hAnsi="Times New Roman" w:eastAsia="Times New Roman" w:cs="Times New Roman"/>
          <w:b/>
          <w:sz w:val="24"/>
        </w:rPr>
        <w:t>Retain</w:t>
      </w:r>
      <w:r>
        <w:rPr>
          <w:rFonts w:ascii="Times New Roman" w:hAnsi="Times New Roman" w:eastAsia="Times New Roman" w:cs="Times New Roman"/>
          <w:b/>
          <w:sz w:val="24"/>
        </w:rPr>
        <w:t xml:space="preserve"> Authorship Rights</w:t>
      </w:r>
      <w:r>
        <w:rPr>
          <w:rFonts w:ascii="Times New Roman" w:hAnsi="Times New Roman" w:eastAsia="Times New Roman" w:cs="Times New Roman"/>
          <w:sz w:val="24"/>
        </w:rPr>
        <w:t>. The Assignor maintains the right to be identified as the rightful author of the Work(s) whenever the Work(s) are reproduced, published, or otherwise publicly displayed.</w:t>
        <w:br/>
        <w:br/>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Will </w:t>
      </w:r>
      <w:r>
        <w:rPr>
          <w:rFonts w:ascii="Times New Roman" w:hAnsi="Times New Roman" w:eastAsia="Times New Roman" w:cs="Times New Roman"/>
          <w:b/>
          <w:sz w:val="24"/>
        </w:rPr>
        <w:t>Not Retain</w:t>
      </w:r>
      <w:r>
        <w:rPr>
          <w:rFonts w:ascii="Times New Roman" w:hAnsi="Times New Roman" w:eastAsia="Times New Roman" w:cs="Times New Roman"/>
          <w:b/>
          <w:sz w:val="24"/>
        </w:rPr>
        <w:t xml:space="preserve"> Authorship Rights</w:t>
      </w:r>
      <w:r>
        <w:rPr>
          <w:rFonts w:ascii="Times New Roman" w:hAnsi="Times New Roman" w:eastAsia="Times New Roman" w:cs="Times New Roman"/>
          <w:sz w:val="24"/>
        </w:rPr>
        <w:t>. The Assignor relinquishes all future claims to authorship.</w:t>
      </w:r>
    </w:p>
    <w:p>
      <w:pPr/>
    </w:p>
    <w:p>
      <w:pPr/>
      <w:r>
        <w:rPr>
          <w:rFonts w:ascii="Times New Roman" w:hAnsi="Times New Roman" w:eastAsia="Times New Roman" w:cs="Times New Roman"/>
          <w:b/>
          <w:sz w:val="24"/>
        </w:rPr>
        <w:t>NO EARLY ASSIGNMENT</w:t>
      </w:r>
      <w:r>
        <w:rPr>
          <w:rFonts w:ascii="Times New Roman" w:hAnsi="Times New Roman" w:eastAsia="Times New Roman" w:cs="Times New Roman"/>
          <w:sz w:val="24"/>
        </w:rPr>
        <w:t>. The Assignee will not assign or otherwise encumber its interest in the Work(s) or any associated copyrights until it has paid the full Consideration detailed in Section III of this Agreement.</w:t>
      </w:r>
    </w:p>
    <w:p>
      <w:pPr/>
    </w:p>
    <w:p>
      <w:pPr/>
      <w:r>
        <w:rPr>
          <w:rFonts w:ascii="Times New Roman" w:hAnsi="Times New Roman" w:eastAsia="Times New Roman" w:cs="Times New Roman"/>
          <w:b/>
          <w:sz w:val="24"/>
        </w:rPr>
        <w:t>DOCUMENTATION</w:t>
      </w:r>
      <w:r>
        <w:rPr>
          <w:rFonts w:ascii="Times New Roman" w:hAnsi="Times New Roman" w:eastAsia="Times New Roman" w:cs="Times New Roman"/>
          <w:sz w:val="24"/>
        </w:rPr>
        <w:t>. The Assignor will provide all documentation relating to the Work(s) for the Assignee’s record-keeping needs, assertion of rights, or for any other use. They will likewise sign any additional agreements or complete any other lawful action reasonably necessary for a successful filing of the assignment with the United States government.</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construed and governed in accordance with the laws located in the State of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ASSIGNMENT AND DELEGATION</w:t>
      </w:r>
      <w:r>
        <w:rPr>
          <w:rFonts w:ascii="Times New Roman" w:hAnsi="Times New Roman" w:eastAsia="Times New Roman" w:cs="Times New Roman"/>
          <w:sz w:val="24"/>
        </w:rPr>
        <w:t>. The Assignor and the Assignee will each defend, indemnify, and hold the other harmless (including all affiliates, successors, assigns, employees, agents, officers and the like) against all losses, damages, deficiencies, liabilities, awards, penalties, or expenses of whatever kind, including attorneys’ fees and related legal fees, incurred by themselves in connection with any claims, suits, actions, demands, or judgments arising out of this Agreement.</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xml:space="preserve">. If any portion of this Agreement shall be held invalid or unenforceable for any reason, the remaining provisions shall continue to be valid and enforceable. If a court finds that any provision of this Agreement is invalid or unenforceable, but that by limiting such provision it would become valid and enforceable, then such provision shall be deemed to be written, construed, and enforced as so limited. </w:t>
      </w:r>
    </w:p>
    <w:p>
      <w:pPr/>
    </w:p>
    <w:p>
      <w:pPr/>
      <w:r>
        <w:rPr>
          <w:rFonts w:ascii="Times New Roman" w:hAnsi="Times New Roman" w:eastAsia="Times New Roman" w:cs="Times New Roman"/>
          <w:b/>
          <w:sz w:val="24"/>
        </w:rPr>
        <w:t>ADDITIONAL TERMS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r>
        <w:rPr>
          <w:rFonts w:ascii="Times New Roman" w:hAnsi="Times New Roman" w:eastAsia="Times New Roman" w:cs="Times New Roman"/>
          <w:b/>
          <w:sz w:val="24"/>
        </w:rPr>
        <w:br/>
      </w: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 This Agreement constitutes the entire Agreement between the Parties. No modification or amendment of this Agreement shall be effective unless in writing and signed by both Parties.</w:t>
      </w:r>
    </w:p>
    <w:p>
      <w:pP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Assignor and the Assignee each represent and warrant to the other that each person executing this Agreement on behalf of each party is duly authorized to execute and deliver this Agreement on behalf of that party.</w:t>
      </w:r>
    </w:p>
    <w:p>
      <w:pPr/>
    </w:p>
    <w:p>
      <w:pPr/>
    </w:p>
    <w:p>
      <w:pPr/>
    </w:p>
    <w:p>
      <w:pPr/>
      <w:r>
        <w:rPr>
          <w:rFonts w:ascii="Times New Roman" w:hAnsi="Times New Roman" w:eastAsia="Times New Roman" w:cs="Times New Roman"/>
          <w:b/>
          <w:sz w:val="24"/>
        </w:rPr>
        <w:t>Assignor’s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w:t>
      </w:r>
    </w:p>
    <w:p>
      <w:pPr/>
    </w:p>
    <w:p>
      <w:pPr/>
    </w:p>
    <w:p>
      <w:pPr/>
      <w:r>
        <w:rPr>
          <w:rFonts w:ascii="Times New Roman" w:hAnsi="Times New Roman" w:eastAsia="Times New Roman" w:cs="Times New Roman"/>
          <w:b/>
          <w:sz w:val="24"/>
        </w:rPr>
        <w:t>Assignee’s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