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Assignment of Deed of Trust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ASSIGNMENT OF DEED OF TRUST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KNOW ALL MEN BY THESE PRESENTS, that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formation] [entity type],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office at [assignor's address] ("Assignor"), in consideration of [amount in words] Dollars ($[amount in numbers]), paid by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[sate of formation] [entity type], having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of] [assignee's address] ("Assignee"), hereby assigns unto the Assignee, without recourse, the following deed of trust (the "Deed of Trust"):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Deed of Trust dated [date of deed of trust], made by [name of original borrower], in the original principal amount of [amount in words] Dollars ($[amount in numbers]) and recorded on [recording date] as [recording information].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Which Deed of Trust has not been assigned prior hereto.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Deed of Trust covers the premises located at [street address of premises] and described in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hereof.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the note described in the Deed of Trust, and the monies due and to become due thereon with interest;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HAVE AND TO HOLD the same unto the Assignee and to the successors and assigns of the Assignee forever.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Assignor has executed this Assignment of Deed of Trust as of [month] [day],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Assignor: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[signatory's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[signatory's title]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TEXAS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instrument was acknowledged before me on the day of [month], [year], by [name of corporation's authorized officer or agent], of [name of corporate grantor],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formation] [entity type], on behalf of said [entity type].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Texas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[notary's printed name]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LEGAL DESCRIPTION OF REAL PROPERTY.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[legal description]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