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Deed of Trust and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Prepared by, 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of new lender]</w:t>
      </w:r>
    </w:p>
    <w:p>
      <w:pPr>
        <w:keepNext w:val="0"/>
        <w:spacing w:before="200" w:after="0" w:line="260" w:lineRule="exact"/>
        <w:ind w:left="360" w:right="0" w:firstLine="0"/>
        <w:jc w:val="both"/>
      </w:pPr>
      <w:r>
        <w:rPr>
          <w:rFonts w:ascii="Times New Roman" w:hAnsi="Times New Roman" w:eastAsia="Times New Roman" w:cs="Times New Roman"/>
          <w:b w:val="0"/>
          <w:sz w:val="24"/>
        </w:rPr>
        <w:t>[lender's address]</w:t>
      </w:r>
    </w:p>
    <w:p>
      <w:pPr>
        <w:keepNext w:val="0"/>
        <w:spacing w:before="200" w:after="0" w:line="260" w:lineRule="exact"/>
        <w:ind w:left="360" w:right="0" w:firstLine="0"/>
        <w:jc w:val="both"/>
      </w:pPr>
      <w:r>
        <w:rPr>
          <w:rFonts w:ascii="Times New Roman" w:hAnsi="Times New Roman" w:eastAsia="Times New Roman" w:cs="Times New Roman"/>
          <w:b w:val="0"/>
          <w:sz w:val="24"/>
        </w:rPr>
        <w:t>[preparer's bar number:]</w:t>
      </w:r>
    </w:p>
    <w:p>
      <w:pPr>
        <w:keepNext w:val="0"/>
        <w:spacing w:before="120" w:after="0" w:line="260" w:lineRule="exact"/>
        <w:ind w:left="360" w:right="0" w:firstLine="0"/>
        <w:jc w:val="left"/>
      </w:pPr>
      <w:r>
        <w:rPr>
          <w:rFonts w:ascii="Times New Roman" w:hAnsi="Times New Roman" w:eastAsia="Times New Roman" w:cs="Times New Roman"/>
          <w:b/>
          <w:sz w:val="24"/>
        </w:rPr>
        <w:t>ASSIGNMENT OF DEED OF TRUST AND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KNOW ALL MEN BY THESE PRESENTS, that [name of assignor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[assignor lender's address] ("Assignor"), in consideration of [dollar amount in words] Dollars $[dollar amount in numbers], paid by [name of assignee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[assignee lender's address] ("Assignee"), the receipt of which is hereby acknowledged, without recourse, hereby grants, bargains, sells, assigns, and transfers to Assignee and Assignee's heirs, personal representatives, successors, and assigns, all of Assignor's right, title, and interest in, to, and under the Deed of Trust dated [date of original deed of trust], made by [name(s) of original borrower(s)], to the trustee named therein in the original principal amount of [dollar amount in words] Dollars $[dollar amount in numbers] and recorded on [recording date] as [record book and page number or instrument number information] (the "Deed of Trust"), together with the promissory note or notes described or referred to in the Deed of Trust (the "Note"), which Deed of Trust and Note have not been assigned prior to the date hereof. This Assignment includes the benefit of any and all warrants of attorney contained in the Deed of Trust or the Note, bond, or obligation referred to in the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Deed of Trust covers the premises located at [street address and tax identification number of premises] and described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the Note described in the Deed of Trust, and the monies due and to become due thereon with interest;</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same unto the Assignee and to the successors and assigns of the Assignee forever.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Assignor has executed this Assignment of Deed of Trust and Note as of [month] [day], [year].</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Commonwealth of Virginia</w:t>
      </w:r>
    </w:p>
    <w:p>
      <w:pPr>
        <w:keepNext w:val="0"/>
        <w:spacing w:before="200" w:after="0" w:line="260" w:lineRule="exact"/>
        <w:ind w:left="360" w:right="0" w:firstLine="0"/>
        <w:jc w:val="both"/>
      </w:pPr>
      <w:r>
        <w:rPr>
          <w:rFonts w:ascii="Times New Roman" w:hAnsi="Times New Roman" w:eastAsia="Times New Roman" w:cs="Times New Roman"/>
          <w:b w:val="0"/>
          <w:sz w:val="24"/>
        </w:rPr>
        <w:t>County or City of [city or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acknowledged before me this [month] [day], [year] by [name of signatory] of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on behalf of [entity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office of individual taking acknowledgment]</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the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REAL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