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Assignment of Mortgage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Assignment of Mortgage</w:t>
      </w:r>
    </w:p>
    <w:p>
      <w:pPr>
        <w:keepNext w:val="0"/>
        <w:spacing w:before="200" w:after="0" w:line="260" w:lineRule="exact"/>
        <w:ind w:left="720" w:right="0" w:firstLine="0"/>
        <w:jc w:val="both"/>
      </w:pPr>
      <w:r>
        <w:rPr>
          <w:rFonts w:ascii="Times New Roman" w:hAnsi="Times New Roman" w:eastAsia="Times New Roman" w:cs="Times New Roman"/>
          <w:b/>
          <w:sz w:val="24"/>
        </w:rPr>
        <w:t>FOR THE VALUE RECEIVED</w:t>
      </w:r>
      <w:r>
        <w:rPr>
          <w:rFonts w:ascii="Times New Roman" w:hAnsi="Times New Roman" w:eastAsia="Times New Roman" w:cs="Times New Roman"/>
          <w:b w:val="0"/>
          <w:sz w:val="24"/>
        </w:rPr>
        <w:t xml:space="preserve">, receipt of which is hereby acknowledged, the undersigned [assignor’] (hereby known as Assignor) of [assignor’s address], does hereby assign, grant, sell, transfer, and convey to [assignee] (hereby known as Assignee) of [assignee’s address], all right, title, and interest of Assignor in, to and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mortgage (Mortgage) and claim secured thereby from [mortgagor](Mortgagor) to [mortgagee’s name](Mortgagee) dated the [day] day of [month], [year], and recorded in the [county] County Recorder’s Office on [date of recording] as Document Number [document recording number], given to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Promissory Note in the original principal amount of $[original principal payment amount].</w:t>
      </w:r>
    </w:p>
    <w:p>
      <w:pPr>
        <w:keepNext w:val="0"/>
        <w:spacing w:before="200" w:after="0" w:line="260" w:lineRule="exact"/>
        <w:ind w:left="720" w:right="0" w:firstLine="0"/>
        <w:jc w:val="both"/>
      </w:pPr>
      <w:r>
        <w:rPr>
          <w:rFonts w:ascii="Times New Roman" w:hAnsi="Times New Roman" w:eastAsia="Times New Roman" w:cs="Times New Roman"/>
          <w:b w:val="0"/>
          <w:sz w:val="24"/>
        </w:rPr>
        <w:t>Permanent Real Estate Index Number(s): [index numbers]</w:t>
      </w:r>
    </w:p>
    <w:p>
      <w:pPr>
        <w:keepNext w:val="0"/>
        <w:spacing w:before="200" w:after="0" w:line="260" w:lineRule="exact"/>
        <w:ind w:left="720" w:right="0" w:firstLine="0"/>
        <w:jc w:val="both"/>
      </w:pPr>
      <w:r>
        <w:rPr>
          <w:rFonts w:ascii="Times New Roman" w:hAnsi="Times New Roman" w:eastAsia="Times New Roman" w:cs="Times New Roman"/>
          <w:b w:val="0"/>
          <w:sz w:val="24"/>
        </w:rPr>
        <w:t>Address(es) of Real Estate: [address]</w:t>
      </w:r>
    </w:p>
    <w:p>
      <w:pPr>
        <w:keepNext w:val="0"/>
        <w:spacing w:before="200" w:after="0" w:line="260" w:lineRule="exact"/>
        <w:ind w:left="360" w:right="0" w:firstLine="0"/>
        <w:jc w:val="both"/>
      </w:pPr>
      <w:r>
        <w:rPr>
          <w:rFonts w:ascii="Times New Roman" w:hAnsi="Times New Roman" w:eastAsia="Times New Roman" w:cs="Times New Roman"/>
          <w:b w:val="0"/>
          <w:sz w:val="24"/>
        </w:rPr>
        <w:t>Together with Promissory Note and subject to the provisions contained in the Mortgage and Promissory Note.</w:t>
      </w:r>
    </w:p>
    <w:p>
      <w:pPr>
        <w:keepNext w:val="0"/>
        <w:spacing w:before="120" w:after="0" w:line="260" w:lineRule="exact"/>
        <w:ind w:left="360" w:right="0" w:firstLine="0"/>
        <w:jc w:val="left"/>
      </w:pPr>
      <w:r>
        <w:rPr>
          <w:rFonts w:ascii="Times New Roman" w:hAnsi="Times New Roman" w:eastAsia="Times New Roman" w:cs="Times New Roman"/>
          <w:b w:val="0"/>
          <w:sz w:val="24"/>
        </w:rPr>
        <w:t>Dated this ____ day of ____, 20____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and Title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ILLINOIS, COUNTY OF._____________________ ss.</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I,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County, in the State aforesaid, CERTIFY THAT, __________________ personally known to me to be the same person(s) whose name(s) are subscribed to the foregoing instrument, appeared before me this day in person, and acknowledged that they signed, sealed and delivered the said instrument as their free and voluntary act, for the uses and purposes therein set forth, including the release and waiver of the right of homestead.</w:t>
      </w:r>
    </w:p>
    <w:p>
      <w:pPr>
        <w:keepNext w:val="0"/>
        <w:spacing w:before="200" w:after="0" w:line="260" w:lineRule="exact"/>
        <w:ind w:left="720" w:right="0" w:firstLine="0"/>
        <w:jc w:val="both"/>
      </w:pPr>
      <w:r>
        <w:rPr>
          <w:rFonts w:ascii="Times New Roman" w:hAnsi="Times New Roman" w:eastAsia="Times New Roman" w:cs="Times New Roman"/>
          <w:b w:val="0"/>
          <w:sz w:val="24"/>
        </w:rPr>
        <w:t>Given under my hand and official seal, this ________ day of _____, 20________.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_____________________(Notary Public)</w:t>
      </w:r>
    </w:p>
    <w:p>
      <w:pPr>
        <w:keepNext w:val="0"/>
        <w:spacing w:before="120" w:after="0" w:line="260" w:lineRule="exact"/>
        <w:ind w:left="360" w:right="0" w:firstLine="0"/>
        <w:jc w:val="left"/>
      </w:pPr>
      <w:r>
        <w:rPr>
          <w:rFonts w:ascii="Times New Roman" w:hAnsi="Times New Roman" w:eastAsia="Times New Roman" w:cs="Times New Roman"/>
          <w:b/>
          <w:sz w:val="24"/>
        </w:rPr>
        <w:t>Prepared by: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Mail to: [_]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