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Mortgage </w:t>
      </w:r>
    </w:p>
    <w:p>
      <w:pPr>
        <w:keepNext w:val="0"/>
        <w:spacing w:after="0" w:line="240" w:lineRule="exact"/>
        <w:ind w:right="0"/>
        <w:jc w:val="both"/>
      </w:pP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KNOW ALL MEN BY THESE PRESENTS, that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[assignor’s address] (“Assignor”), in consideration of [amount in words] Dollars ($[amount in numbers]), paid by [name],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of] [assignee’s address] (“Assignee”), hereby assigns unto the Assignee, without recourse, the following mortgage (the “Mortgage”):</w:t>
      </w:r>
    </w:p>
    <w:p>
      <w:pPr>
        <w:keepNext w:val="0"/>
        <w:spacing w:before="120" w:after="0" w:line="260" w:lineRule="exact"/>
        <w:ind w:left="360" w:right="0" w:firstLine="240"/>
        <w:jc w:val="left"/>
      </w:pPr>
      <w:r>
        <w:rPr>
          <w:rFonts w:ascii="Times New Roman" w:hAnsi="Times New Roman" w:eastAsia="Times New Roman" w:cs="Times New Roman"/>
          <w:b w:val="0"/>
          <w:sz w:val="24"/>
        </w:rPr>
        <w:t>Mortgage dated [date of mortgage], made by [original borrower], in the original principal amount of [amount in words] Dollars ($[amount in numbers]) and recorded on [recording date] as [recording information].</w:t>
      </w:r>
    </w:p>
    <w:p>
      <w:pPr>
        <w:keepNext w:val="0"/>
        <w:spacing w:before="120" w:after="0" w:line="260" w:lineRule="exact"/>
        <w:ind w:left="360" w:right="0" w:firstLine="240"/>
        <w:jc w:val="left"/>
      </w:pPr>
      <w:r>
        <w:rPr>
          <w:rFonts w:ascii="Times New Roman" w:hAnsi="Times New Roman" w:eastAsia="Times New Roman" w:cs="Times New Roman"/>
          <w:b w:val="0"/>
          <w:sz w:val="24"/>
        </w:rPr>
        <w:t>Which Mortgage has not been assigned prior hereto.</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The Mortgage covers the premises located at [street address of premises] and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120" w:after="0" w:line="260" w:lineRule="exact"/>
        <w:ind w:left="360" w:right="0" w:firstLine="240"/>
        <w:jc w:val="left"/>
      </w:pPr>
      <w:r>
        <w:rPr>
          <w:rFonts w:ascii="Times New Roman" w:hAnsi="Times New Roman" w:eastAsia="Times New Roman" w:cs="Times New Roman"/>
          <w:b w:val="0"/>
          <w:sz w:val="24"/>
        </w:rPr>
        <w:t>TOGETHER with the note described in the Mortgage, and the monies due and to become due thereon with interest;</w:t>
      </w:r>
    </w:p>
    <w:p>
      <w:pPr>
        <w:keepNext w:val="0"/>
        <w:spacing w:before="120" w:after="0" w:line="260" w:lineRule="exact"/>
        <w:ind w:left="360" w:right="0" w:firstLine="240"/>
        <w:jc w:val="left"/>
      </w:pPr>
      <w:r>
        <w:rPr>
          <w:rFonts w:ascii="Times New Roman" w:hAnsi="Times New Roman" w:eastAsia="Times New Roman" w:cs="Times New Roman"/>
          <w:b w:val="0"/>
          <w:sz w:val="24"/>
        </w:rPr>
        <w:t>TO HAVE AND TO HOLD the same unto the Assignee and to the successors and assigns of the Assignee forever.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Assignor has executed this Assignment of Mortgage as of [date].</w:t>
      </w:r>
    </w:p>
    <w:p>
      <w:pPr>
        <w:keepNext w:val="0"/>
        <w:spacing w:before="120" w:after="0" w:line="260" w:lineRule="exact"/>
        <w:ind w:left="360" w:right="0" w:firstLine="0"/>
        <w:jc w:val="left"/>
      </w:pPr>
      <w:r>
        <w:rPr>
          <w:rFonts w:ascii="Times New Roman" w:hAnsi="Times New Roman" w:eastAsia="Times New Roman" w:cs="Times New Roman"/>
          <w:b w:val="0"/>
          <w:sz w:val="24"/>
        </w:rPr>
        <w:t>Assignor: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120" w:after="0" w:line="260" w:lineRule="exact"/>
        <w:ind w:left="360" w:right="0" w:firstLine="240"/>
        <w:jc w:val="left"/>
      </w:pPr>
      <w:r>
        <w:rPr>
          <w:rFonts w:ascii="Times New Roman" w:hAnsi="Times New Roman" w:eastAsia="Times New Roman" w:cs="Times New Roman"/>
          <w:b w:val="0"/>
          <w:sz w:val="24"/>
        </w:rPr>
        <w:t>On the [day] of [month] in the year [year], before me, the undersigned, personally appeared [name],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office of individual taking acknowledgment)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Real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