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Assignment of Mortgage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Record and 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 of lending institution being assigned the mortgage]</w:t>
      </w:r>
    </w:p>
    <w:p>
      <w:pPr>
        <w:keepNext w:val="0"/>
        <w:spacing w:before="60" w:after="0" w:line="260" w:lineRule="exact"/>
        <w:ind w:left="360" w:right="0" w:firstLine="0"/>
        <w:jc w:val="both"/>
      </w:pPr>
      <w:r>
        <w:rPr>
          <w:rFonts w:ascii="Times New Roman" w:hAnsi="Times New Roman" w:eastAsia="Times New Roman" w:cs="Times New Roman"/>
          <w:b w:val="0"/>
          <w:sz w:val="24"/>
        </w:rPr>
        <w:t>[lending institution’s address]</w:t>
      </w:r>
    </w:p>
    <w:p>
      <w:pPr>
        <w:keepNext w:val="0"/>
        <w:spacing w:before="120" w:after="0" w:line="260" w:lineRule="exact"/>
        <w:ind w:left="360" w:right="0" w:firstLine="0"/>
        <w:jc w:val="left"/>
      </w:pPr>
      <w:r>
        <w:rPr>
          <w:rFonts w:ascii="Times New Roman" w:hAnsi="Times New Roman" w:eastAsia="Times New Roman" w:cs="Times New Roman"/>
          <w:b/>
          <w:sz w:val="24"/>
        </w:rPr>
        <w:t>Assignment of Mortgage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KNOW ALL MEN BY THESE PRESENTS, that [name of assignor lending institution],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[lending institution’s address] (“Assignor”), in consideration of [dollar amount in words] Dollars $[dollar amount in numbers], paid by [name of lending institution being assigned the mortgage],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[lending institution’s address] (“Assignee”), the receipt of which is hereby acknowledged, hereby grants, bargains, sells, assigns, and transfers to Assignee and Assignee’s heirs, personal representatives, successors, and assigns, all of Assignor’s right, title, and interest in, to, and under the Mortgage dated [date of original mortgage], made by [name(s) of original borrower(s)], in the original principal amount of [dollar amount in words] Dollars $[dollar amount in numbers] and recorded on [recording date] as [record book and page number or instrument number information] (“Mortgage”). Which Mortgage has not been assigned prior hereto. This Assignment includes the benefit of any and all warrants of attorney contained in the Mortgage or the note, bond, or obligation referred to in the Mortgage.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Mortgage covers the premises located at [street address and tax identification number of premises] and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120" w:after="0" w:line="260" w:lineRule="exact"/>
        <w:ind w:left="720" w:right="0" w:firstLine="240"/>
        <w:jc w:val="left"/>
      </w:pPr>
      <w:r>
        <w:rPr>
          <w:rFonts w:ascii="Times New Roman" w:hAnsi="Times New Roman" w:eastAsia="Times New Roman" w:cs="Times New Roman"/>
          <w:b w:val="0"/>
          <w:sz w:val="24"/>
        </w:rPr>
        <w:t>TOGETHER with the note described in the Mortgage, and the monies due and to become due thereon with interest;</w:t>
      </w:r>
    </w:p>
    <w:p>
      <w:pPr>
        <w:keepNext w:val="0"/>
        <w:spacing w:before="120" w:after="0" w:line="260" w:lineRule="exact"/>
        <w:ind w:left="720" w:right="0" w:firstLine="240"/>
        <w:jc w:val="left"/>
      </w:pPr>
      <w:r>
        <w:rPr>
          <w:rFonts w:ascii="Times New Roman" w:hAnsi="Times New Roman" w:eastAsia="Times New Roman" w:cs="Times New Roman"/>
          <w:b w:val="0"/>
          <w:sz w:val="24"/>
        </w:rPr>
        <w:t>TO HAVE AND TO HOLD the same unto the Assignee and to the successors and assigns of the Assignee forever.</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IN WITNESS WHEREOF, Assignor has executed this Assignment of Mortgage as of [date assignment of mortgage is executed].</w:t>
      </w:r>
    </w:p>
    <w:p>
      <w:pPr>
        <w:keepNext w:val="0"/>
        <w:spacing w:before="120" w:after="0" w:line="260" w:lineRule="exact"/>
        <w:ind w:left="360" w:right="0" w:firstLine="0"/>
        <w:jc w:val="left"/>
      </w:pPr>
      <w:r>
        <w:rPr>
          <w:rFonts w:ascii="Times New Roman" w:hAnsi="Times New Roman" w:eastAsia="Times New Roman" w:cs="Times New Roman"/>
          <w:b w:val="0"/>
          <w:sz w:val="24"/>
        </w:rPr>
        <w:t>Assignor: [name of assignor entity]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[signatory’s title]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the [date] day of [month] in the year [year], before me, the undersigned, personally appeared [name of individual signing the assignment of mortgage], who is acknowledged to be the [title of signatory] of [name of assignor],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and that as such [title of signatory], personally known to me or proved to me on the basis of satisfactory evidence to be the individual whose name is subscribed to the within instrument and acknowledged to me that they executed the same in their capacity and that by their signature on the instrument, the individual, or the person upon behalf of which the individual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Certificate of Residence I, [signatory name], am the [title of signatory] of [name of assignee], the assignee named in the Assignment of Mortgage and Note and certify assignee’s principal business and mailing address is [assignee lending institution’s address].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[signatory’s title]</w:t>
      </w:r>
    </w:p>
    <w:p>
      <w:pPr>
        <w:keepNext w:val="0"/>
        <w:spacing w:before="120" w:after="0" w:line="260" w:lineRule="exact"/>
        <w:ind w:left="360" w:right="0" w:firstLine="0"/>
        <w:jc w:val="left"/>
      </w:pPr>
      <w:r>
        <w:rPr>
          <w:rFonts w:ascii="Times New Roman" w:hAnsi="Times New Roman" w:eastAsia="Times New Roman" w:cs="Times New Roman"/>
          <w:b w:val="0"/>
          <w:sz w:val="24"/>
        </w:rPr>
        <w:t>Dated this [date] day of [month], [year].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Real Property</w:t>
      </w:r>
    </w:p>
    <w:p>
      <w:pPr>
        <w:keepNext w:val="0"/>
        <w:spacing w:before="200" w:after="0" w:line="260" w:lineRule="exact"/>
        <w:ind w:left="720" w:right="0" w:firstLine="0"/>
        <w:jc w:val="center"/>
      </w:pPr>
      <w:r>
        <w:rPr>
          <w:rFonts w:ascii="Times New Roman" w:hAnsi="Times New Roman" w:eastAsia="Times New Roman" w:cs="Times New Roman"/>
          <w:b w:val="0"/>
          <w:sz w:val="24"/>
        </w:rPr>
        <w:t>[legal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