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r>
        <w:rPr>
          <w:rFonts w:ascii="Times New Roman" w:hAnsi="Times New Roman" w:eastAsia="Times New Roman" w:cs="Times New Roman"/>
          <w:sz w:val="24"/>
        </w:rPr>
        <w:t>Space Above This Line for Recorder’s Use</w:t>
      </w:r>
    </w:p>
    <w:p>
      <w:pPr>
        <w:jc w:val="center"/>
      </w:pPr>
    </w:p>
    <w:p>
      <w:pPr>
        <w:jc w:val="center"/>
      </w:pPr>
      <w:r>
        <w:rPr>
          <w:rFonts w:ascii="Times New Roman" w:hAnsi="Times New Roman" w:eastAsia="Times New Roman" w:cs="Times New Roman"/>
          <w:b/>
          <w:sz w:val="24"/>
        </w:rPr>
        <w:t>ASSIGNMENT OF MORTGAGE</w:t>
      </w:r>
    </w:p>
    <w:p>
      <w:pPr/>
    </w:p>
    <w:p>
      <w:pPr/>
      <w:r>
        <w:rPr>
          <w:rFonts w:ascii="Times New Roman" w:hAnsi="Times New Roman" w:eastAsia="Times New Roman" w:cs="Times New Roman"/>
          <w:sz w:val="24"/>
        </w:rPr>
        <w:t>For value received, the undersigned holder of a Mortgage known as:</w:t>
      </w:r>
    </w:p>
    <w:p>
      <w:pPr/>
    </w:p>
    <w:p>
      <w:pPr/>
      <w:r>
        <w:rPr>
          <w:rFonts w:ascii="Times New Roman" w:hAnsi="Times New Roman" w:eastAsia="Times New Roman" w:cs="Times New Roman"/>
          <w:b/>
          <w:sz w:val="24"/>
        </w:rPr>
        <w:t>Assignor</w:t>
      </w:r>
      <w:r>
        <w:rPr>
          <w:rFonts w:ascii="Times New Roman" w:hAnsi="Times New Roman" w:eastAsia="Times New Roman" w:cs="Times New Roman"/>
          <w:sz w:val="24"/>
        </w:rPr>
        <w:t xml:space="preserve">: ___________________ a(n) </w:t>
      </w:r>
      <w:r>
        <w:rPr>
          <w:rFonts w:ascii="Times New Roman" w:hAnsi="Times New Roman" w:eastAsia="Times New Roman" w:cs="Times New Roman"/>
          <w:sz w:val="24"/>
        </w:rPr>
        <w:t xml:space="preserve"> Individual(s) </w:t>
      </w:r>
      <w:r>
        <w:rPr>
          <w:rFonts w:ascii="Times New Roman" w:hAnsi="Times New Roman" w:eastAsia="Times New Roman" w:cs="Times New Roman"/>
          <w:sz w:val="24"/>
        </w:rPr>
        <w:t xml:space="preserve"> Business Entity with a mailing address of _____________________________ (“Assignor”), does hereby grant, sell, assign, transfer, and convey unto:</w:t>
      </w:r>
    </w:p>
    <w:p>
      <w:pPr/>
    </w:p>
    <w:p>
      <w:pPr/>
      <w:r>
        <w:rPr>
          <w:rFonts w:ascii="Times New Roman" w:hAnsi="Times New Roman" w:eastAsia="Times New Roman" w:cs="Times New Roman"/>
          <w:b/>
          <w:sz w:val="24"/>
        </w:rPr>
        <w:t>Assignee</w:t>
      </w:r>
      <w:r>
        <w:rPr>
          <w:rFonts w:ascii="Times New Roman" w:hAnsi="Times New Roman" w:eastAsia="Times New Roman" w:cs="Times New Roman"/>
          <w:sz w:val="24"/>
        </w:rPr>
        <w:t xml:space="preserve">: ___________________ a(n) </w:t>
      </w:r>
      <w:r>
        <w:rPr>
          <w:rFonts w:ascii="Times New Roman" w:hAnsi="Times New Roman" w:eastAsia="Times New Roman" w:cs="Times New Roman"/>
          <w:sz w:val="24"/>
        </w:rPr>
        <w:t xml:space="preserve"> Individual(s) </w:t>
      </w:r>
      <w:r>
        <w:rPr>
          <w:rFonts w:ascii="Times New Roman" w:hAnsi="Times New Roman" w:eastAsia="Times New Roman" w:cs="Times New Roman"/>
          <w:sz w:val="24"/>
        </w:rPr>
        <w:t xml:space="preserve"> Business Entity with a mailing address of _____________________________ (“Assignee”), a mortgage described as the following:</w:t>
      </w:r>
    </w:p>
    <w:p>
      <w:pPr/>
    </w:p>
    <w:p>
      <w:pPr/>
      <w:r>
        <w:rPr>
          <w:rFonts w:ascii="Times New Roman" w:hAnsi="Times New Roman" w:eastAsia="Times New Roman" w:cs="Times New Roman"/>
          <w:sz w:val="24"/>
        </w:rPr>
        <w:t>A certain mortgage dated _________________________, 20____ made and executed by _____________________________ (“Borrower”) upon the following described property situated in ___________________ County, State of ___________________:</w:t>
      </w:r>
    </w:p>
    <w:p>
      <w:pP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sz w:val="24"/>
        </w:rPr>
        <w:t>Such Mortgage having been given to secure an original principal amount of $___________________, which Mortgage is of record Book, Volume, or Liber No. ____, at Page ____ of the records located at ___________________ County, State of ___________________, together with the note(s) and obligations therein described and the money due and to become due thereon with interest, and all rights accrued or to accrue under such Mortgage.</w:t>
      </w:r>
    </w:p>
    <w:p>
      <w:pPr/>
    </w:p>
    <w:p>
      <w:pPr/>
      <w:r>
        <w:rPr>
          <w:rFonts w:ascii="Times New Roman" w:hAnsi="Times New Roman" w:eastAsia="Times New Roman" w:cs="Times New Roman"/>
          <w:sz w:val="24"/>
        </w:rPr>
        <w:t>TO HAVE AND TO HOLD the same unto Assignee, its successor and assigns, forever, subject only to the terms and conditions of the above-described Mortgage.</w:t>
      </w:r>
    </w:p>
    <w:p>
      <w:pPr/>
    </w:p>
    <w:p>
      <w:pP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w:t>
      </w:r>
    </w:p>
    <w:p>
      <w:pPr>
        <w:spacing w:line="360" w:lineRule="auto"/>
      </w:pPr>
      <w:r>
        <w:rPr>
          <w:rFonts w:ascii="Times New Roman" w:hAnsi="Times New Roman" w:eastAsia="Times New Roman" w:cs="Times New Roman"/>
          <w:sz w:val="24"/>
        </w:rPr>
        <w:t>Assignor’s Signature                                            Assignee’s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Assignor’s Name                                                  Assignee’s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spacing w:line="360" w:lineRule="auto"/>
      </w:pPr>
      <w:r>
        <w:rPr>
          <w:rFonts w:ascii="Times New Roman" w:hAnsi="Times New Roman" w:eastAsia="Times New Roman" w:cs="Times New Roman"/>
          <w:b/>
          <w:sz w:val="24"/>
        </w:rPr>
        <w:t>In Witness Whereof,</w:t>
      </w:r>
    </w:p>
    <w:p>
      <w:pP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ind w:firstLine="720"/>
      </w:pPr>
    </w:p>
    <w:p>
      <w:pPr/>
      <w:r>
        <w:rPr>
          <w:rFonts w:ascii="Times New Roman" w:hAnsi="Times New Roman" w:eastAsia="Times New Roman" w:cs="Times New Roman"/>
          <w:sz w:val="24"/>
        </w:rPr>
        <w:t>STATE OF ___________________)</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