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Property to Revocable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On this [Month Day, 20__], [assignor's full name], of [assignor's county or city of residence], Pennsylvania, as ASSIGNOR (hereinafter referred to as Assignor), hereby GIVES, CONVEYS, GRANTS, ASSIGNS, and TRANSFERS to [name of trustee(s)] as TRUSTEE of [name of revocable trust], under that certain Trust Agreement dated [date of trust's execution] (hereinafter referred to as Assignee), all of Assignor's interest, right, and title in the following property, all of which Assignor represents is being assigned free and clear of any debt or encumbrance:</w:t>
      </w:r>
    </w:p>
    <w:p>
      <w:pPr>
        <w:keepNext w:val="0"/>
        <w:spacing w:before="200" w:after="0" w:line="260" w:lineRule="exact"/>
        <w:ind w:left="720" w:right="0" w:firstLine="0"/>
        <w:jc w:val="both"/>
      </w:pPr>
      <w:r>
        <w:rPr>
          <w:rFonts w:ascii="Times New Roman" w:hAnsi="Times New Roman" w:eastAsia="Times New Roman" w:cs="Times New Roman"/>
          <w:b w:val="0"/>
          <w:sz w:val="24"/>
        </w:rPr>
        <w:t>All property and estate of all kinds, whether real or personal, owned or acquired hereafter, which now and at any future time is registered or held in Assignor's name. Notwithstanding the foregoing, this Assignment shall not assign or transfer to the Assignee any guns or gun magazines which are owned by the Assignor.</w:t>
      </w:r>
    </w:p>
    <w:p>
      <w:pPr>
        <w:keepNext w:val="0"/>
        <w:spacing w:before="200" w:after="0" w:line="260" w:lineRule="exact"/>
        <w:ind w:left="720" w:right="0" w:firstLine="0"/>
        <w:jc w:val="both"/>
      </w:pPr>
      <w:r>
        <w:rPr>
          <w:rFonts w:ascii="Times New Roman" w:hAnsi="Times New Roman" w:eastAsia="Times New Roman" w:cs="Times New Roman"/>
          <w:b w:val="0"/>
          <w:sz w:val="24"/>
        </w:rPr>
        <w:t>The Assignor affirms that that any and all interests that Assignor may acquire in the future in the above listed property shall not belong to Assignor but shall instead belong to Trustee in Trustee's capacity as the Trustee of the [name of revocable trust]. Assignor declares that [he/she] has and shall have no personal interest in any of the above listed property hereafter held in Assignor's individual name.</w:t>
      </w:r>
    </w:p>
    <w:p>
      <w:pPr>
        <w:keepNext w:val="0"/>
        <w:spacing w:before="200" w:after="0" w:line="260" w:lineRule="exact"/>
        <w:ind w:left="720" w:right="0" w:firstLine="0"/>
        <w:jc w:val="both"/>
      </w:pPr>
      <w:r>
        <w:rPr>
          <w:rFonts w:ascii="Times New Roman" w:hAnsi="Times New Roman" w:eastAsia="Times New Roman" w:cs="Times New Roman"/>
          <w:b w:val="0"/>
          <w:sz w:val="24"/>
        </w:rPr>
        <w:t>In connection with the delivery of this Assignment, the Assignor hereby agrees to execute and deliver to the Trustee any and all documents necessary to effectuate the transfer of the property assigned in this document which may be required by law. The Assignor intends that this Assignment shall be effective to transfer ownership of the assigned property to the Trustee even though title to the assigned property may remain in Assignor's individual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Assignment shall be binding on Assignor's heirs, executors, personal representatives, administrators, and assigns. This assignment shall be revocable only upon written instrument executed by Assignor with all of the same formalities accompanying the execution of this Assignment. It is intended that this Assignment shall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of any prior declarations of ownership that Assignor may have previously executed.</w:t>
      </w:r>
    </w:p>
    <w:p>
      <w:pPr>
        <w:keepNext w:val="0"/>
        <w:spacing w:before="200" w:after="0" w:line="260" w:lineRule="exact"/>
        <w:ind w:left="720" w:right="0" w:firstLine="0"/>
        <w:jc w:val="both"/>
      </w:pPr>
      <w:r>
        <w:rPr>
          <w:rFonts w:ascii="Times New Roman" w:hAnsi="Times New Roman" w:eastAsia="Times New Roman" w:cs="Times New Roman"/>
          <w:b w:val="0"/>
          <w:sz w:val="24"/>
        </w:rPr>
        <w:t>Should the transfer of ownership of any property transferred within this Assignment be prohibited by law, contract, or otherwise, the transfer will only be effective if and when such law or contractual restriction is no longer applicable.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[name of Assignor], as ASSIGNOR has hereunto set his/her hand and seal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assignor], Assignor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360" w:right="0" w:firstLine="240"/>
        <w:jc w:val="left"/>
      </w:pPr>
      <w:r>
        <w:rPr>
          <w:rFonts w:ascii="Times New Roman" w:hAnsi="Times New Roman" w:eastAsia="Times New Roman" w:cs="Times New Roman"/>
          <w:b w:val="0"/>
          <w:sz w:val="24"/>
        </w:rPr>
        <w:t>On [Month Day, 20__], before me, the undersigned officer, personally appeared [name of assignor], known to me (or satisfactorily proven) to be the person whose name is subscribed to the within as Assignor, and acknowledged that [he/she] executed the same for the purposes therein contained.</w:t>
      </w: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I have hereunto set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Acceptance by Trustee(s):</w:t>
      </w:r>
    </w:p>
    <w:p>
      <w:pPr>
        <w:keepNext w:val="0"/>
        <w:spacing w:before="200" w:after="0" w:line="260" w:lineRule="exact"/>
        <w:ind w:left="360" w:right="0" w:firstLine="0"/>
        <w:jc w:val="both"/>
      </w:pPr>
      <w:r>
        <w:rPr>
          <w:rFonts w:ascii="Times New Roman" w:hAnsi="Times New Roman" w:eastAsia="Times New Roman" w:cs="Times New Roman"/>
          <w:b w:val="0"/>
          <w:sz w:val="24"/>
        </w:rPr>
        <w:t>[I/We] [name of trustee(s)] hereby accept the assignment of said property.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360" w:right="0" w:firstLine="0"/>
        <w:jc w:val="left"/>
      </w:pPr>
      <w:r>
        <w:rPr>
          <w:rFonts w:ascii="Times New Roman" w:hAnsi="Times New Roman" w:eastAsia="Times New Roman" w:cs="Times New Roman"/>
          <w:b w:val="0"/>
          <w:sz w:val="24"/>
        </w:rPr>
        <w:t>[Month Day, 20__]</w:t>
      </w:r>
    </w:p>
    <w:p>
      <w:pPr>
        <w:keepNext w:val="0"/>
        <w:spacing w:before="120" w:after="0" w:line="260" w:lineRule="exact"/>
        <w:ind w:left="360" w:right="0" w:firstLine="240"/>
        <w:jc w:val="left"/>
      </w:pPr>
      <w:r>
        <w:rPr>
          <w:rFonts w:ascii="Times New Roman" w:hAnsi="Times New Roman" w:eastAsia="Times New Roman" w:cs="Times New Roman"/>
          <w:b w:val="0"/>
          <w:sz w:val="24"/>
        </w:rPr>
        <w:t>On [Month Day, 20__], before me, the undersigned officer, personally appeared [name of trustee], known to me (or satisfactorily proven) to be the person whose name is subscribed to the within as Trustee, and acknowledged that [he/she] executed the same for the purposes therein contained.</w:t>
      </w: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