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At-will Employment Disclaimer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Employment with the Company is at-will, unless otherwise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employment agreement, collective bargaining agreement, or otherwise provided by law. This means employment with the Company is not for any specified period and may be terminated by the employee or the Company at any time, with or without cause or advance notice. In connection with this policy, the Company reserves the right to modify or alter the employee’s position, in its sole discretion consistent with applicable law, with or without cause or advance notice, through actions other than termination, including demotion, promotion, transfer, reclassification, or reassignment. In addition, the Company reserves the right to exercise its managerial discretion in imposing any form of discipline it deems appropriate.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 person other than [identify appropriate Company official by title] of the Company has the authority to enter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contrary to this statement.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