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[Company Name]</w:t>
      </w:r>
    </w:p>
    <w:p>
      <w:pPr>
        <w:jc w:val="center"/>
      </w:pPr>
      <w:r>
        <w:rPr>
          <w:rFonts w:ascii="Times New Roman" w:hAnsi="Times New Roman" w:eastAsia="Times New Roman" w:cs="Times New Roman"/>
          <w:b/>
          <w:sz w:val="24"/>
        </w:rPr>
        <w:t>ATTENDANCE POLICY</w:t>
      </w:r>
    </w:p>
    <w:p>
      <w:pPr/>
    </w:p>
    <w:p>
      <w:pPr/>
    </w:p>
    <w:p>
      <w:pPr/>
      <w:r>
        <w:rPr>
          <w:rFonts w:ascii="Times New Roman" w:hAnsi="Times New Roman" w:eastAsia="Times New Roman" w:cs="Times New Roman"/>
          <w:b/>
          <w:sz w:val="24"/>
        </w:rPr>
        <w:t xml:space="preserve">1. BACKGROUND AND SCOPE. </w:t>
      </w:r>
      <w:r>
        <w:rPr>
          <w:rFonts w:ascii="Times New Roman" w:hAnsi="Times New Roman" w:eastAsia="Times New Roman" w:cs="Times New Roman"/>
          <w:sz w:val="24"/>
        </w:rPr>
        <w:t>Tardiness and absenteeism have a negative impact on fellow employees and the Company as a whole. The procedures and policies set forth herein apply to all employees and are designed to encourage strong attendance and punctuality as the foundation of a successful work environment. This policy shall not interfere with any unionized employee's existing collective bargaining agreements or their rights under the National Labor Relations Act.</w:t>
      </w:r>
    </w:p>
    <w:p>
      <w:pPr/>
    </w:p>
    <w:p>
      <w:pPr/>
      <w:r>
        <w:rPr>
          <w:rFonts w:ascii="Times New Roman" w:hAnsi="Times New Roman" w:eastAsia="Times New Roman" w:cs="Times New Roman"/>
          <w:b/>
          <w:sz w:val="24"/>
        </w:rPr>
        <w:t xml:space="preserve">2. ATTENDANCE AND PUNCTUALITY. </w:t>
      </w:r>
      <w:r>
        <w:rPr>
          <w:rFonts w:ascii="Times New Roman" w:hAnsi="Times New Roman" w:eastAsia="Times New Roman" w:cs="Times New Roman"/>
          <w:sz w:val="24"/>
        </w:rPr>
        <w:t xml:space="preserve">Employees are expected to report to work on time according to their established schedule. Tardiness is defined as reporting to work </w:t>
      </w:r>
      <w:r>
        <w:rPr>
          <w:rFonts w:ascii="Times New Roman" w:hAnsi="Times New Roman" w:eastAsia="Times New Roman" w:cs="Times New Roman"/>
          <w:sz w:val="24"/>
        </w:rPr>
        <w:t>[#]</w:t>
      </w:r>
      <w:r>
        <w:rPr>
          <w:rFonts w:ascii="Times New Roman" w:hAnsi="Times New Roman" w:eastAsia="Times New Roman" w:cs="Times New Roman"/>
          <w:sz w:val="24"/>
        </w:rPr>
        <w:t xml:space="preserve"> minutes late without proper notice. Missing work or arriving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minutes late is considered an unplanned absence.</w:t>
      </w:r>
    </w:p>
    <w:p>
      <w:pPr/>
    </w:p>
    <w:p>
      <w:pPr/>
      <w:r>
        <w:rPr>
          <w:rFonts w:ascii="Times New Roman" w:hAnsi="Times New Roman" w:eastAsia="Times New Roman" w:cs="Times New Roman"/>
          <w:b/>
          <w:sz w:val="24"/>
        </w:rPr>
        <w:t xml:space="preserve">3. PLANNED LEAVE. </w:t>
      </w:r>
      <w:r>
        <w:rPr>
          <w:rFonts w:ascii="Times New Roman" w:hAnsi="Times New Roman" w:eastAsia="Times New Roman" w:cs="Times New Roman"/>
          <w:sz w:val="24"/>
        </w:rPr>
        <w:t xml:space="preserve">Employees must submit a formal request for planned time off a minimum of </w:t>
      </w:r>
      <w:r>
        <w:rPr>
          <w:rFonts w:ascii="Times New Roman" w:hAnsi="Times New Roman" w:eastAsia="Times New Roman" w:cs="Times New Roman"/>
          <w:sz w:val="24"/>
        </w:rPr>
        <w:t>[# DAYS/WEEKS]</w:t>
      </w:r>
      <w:r>
        <w:rPr>
          <w:rFonts w:ascii="Times New Roman" w:hAnsi="Times New Roman" w:eastAsia="Times New Roman" w:cs="Times New Roman"/>
          <w:sz w:val="24"/>
        </w:rPr>
        <w:t xml:space="preserve"> in advance. If it is not possible to give such notice due to unexpected illness or exemptions under the Family Medical Leave Act, Americans with Disabilities Act, Uniformed Services Employment and Reemployment Rights Act, or any other applicable state law, the employee should communicate with the relevant HR representative or supervisor immediately.</w:t>
      </w:r>
    </w:p>
    <w:p>
      <w:pPr/>
    </w:p>
    <w:p>
      <w:pPr/>
      <w:r>
        <w:rPr>
          <w:rFonts w:ascii="Times New Roman" w:hAnsi="Times New Roman" w:eastAsia="Times New Roman" w:cs="Times New Roman"/>
          <w:b/>
          <w:sz w:val="24"/>
        </w:rPr>
        <w:t xml:space="preserve">4. EMERGENCIES. </w:t>
      </w:r>
      <w:r>
        <w:rPr>
          <w:rFonts w:ascii="Times New Roman" w:hAnsi="Times New Roman" w:eastAsia="Times New Roman" w:cs="Times New Roman"/>
          <w:sz w:val="24"/>
        </w:rPr>
        <w:t>Under extenuating circumstances, exceptions to the required notice period may be granted at the discretion of management. Employees should notify their supervisor of an unplanned absence or lateness at the earliest possible opportunity, including their expected timeline for returning to work. Documentation, such as a doctor’s note, may be required.</w:t>
      </w:r>
    </w:p>
    <w:p>
      <w:pPr/>
    </w:p>
    <w:p>
      <w:pPr/>
      <w:r>
        <w:rPr>
          <w:rFonts w:ascii="Times New Roman" w:hAnsi="Times New Roman" w:eastAsia="Times New Roman" w:cs="Times New Roman"/>
          <w:b/>
          <w:sz w:val="24"/>
        </w:rPr>
        <w:t xml:space="preserve">5. DISCIPLINARY ACTION. </w:t>
      </w:r>
      <w:r>
        <w:rPr>
          <w:rFonts w:ascii="Times New Roman" w:hAnsi="Times New Roman" w:eastAsia="Times New Roman" w:cs="Times New Roman"/>
          <w:sz w:val="24"/>
        </w:rPr>
        <w:t>The Company is committed to maintaining a fair and consistent approach to managing attendance. Individual circumstances will be taken into account before and during the disciplinary process, including overall employee performance, any applicable legal protections, and the reasons for the infractions. Disciplinary action may include:</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 xml:space="preserve">a. </w:t>
      </w:r>
      <w:r>
        <w:rPr>
          <w:rFonts w:ascii="Times New Roman" w:hAnsi="Times New Roman" w:eastAsia="Times New Roman" w:cs="Times New Roman"/>
          <w:sz w:val="24"/>
        </w:rPr>
        <w:t>[DESCRIBE ACTIONS (e.g. verbal warning)]</w:t>
      </w:r>
      <w:r>
        <w:rPr>
          <w:rFonts w:ascii="Times New Roman" w:hAnsi="Times New Roman" w:eastAsia="Times New Roman" w:cs="Times New Roman"/>
          <w:b/>
          <w:sz w:val="24"/>
        </w:rPr>
        <w:t xml:space="preserve"> </w:t>
      </w:r>
      <w:r>
        <w:rPr>
          <w:rFonts w:ascii="Times New Roman" w:hAnsi="Times New Roman" w:eastAsia="Times New Roman" w:cs="Times New Roman"/>
          <w:sz w:val="24"/>
        </w:rPr>
        <w:t>for the first policy violation</w:t>
      </w:r>
    </w:p>
    <w:p>
      <w:pPr/>
      <w:r>
        <w:rPr>
          <w:rFonts w:ascii="Times New Roman" w:hAnsi="Times New Roman" w:eastAsia="Times New Roman" w:cs="Times New Roman"/>
          <w:b/>
          <w:sz w:val="24"/>
        </w:rPr>
        <w:t xml:space="preserve">b. </w:t>
      </w:r>
      <w:r>
        <w:rPr>
          <w:rFonts w:ascii="Times New Roman" w:hAnsi="Times New Roman" w:eastAsia="Times New Roman" w:cs="Times New Roman"/>
          <w:sz w:val="24"/>
        </w:rPr>
        <w:t>[DESCRIBE ACTIONS (e.g. write up)]</w:t>
      </w:r>
      <w:r>
        <w:rPr>
          <w:rFonts w:ascii="Times New Roman" w:hAnsi="Times New Roman" w:eastAsia="Times New Roman" w:cs="Times New Roman"/>
          <w:sz w:val="24"/>
        </w:rPr>
        <w:t xml:space="preserve"> for the second violation</w:t>
      </w:r>
    </w:p>
    <w:p>
      <w:pPr/>
      <w:r>
        <w:rPr>
          <w:rFonts w:ascii="Times New Roman" w:hAnsi="Times New Roman" w:eastAsia="Times New Roman" w:cs="Times New Roman"/>
          <w:b/>
          <w:sz w:val="24"/>
        </w:rPr>
        <w:t xml:space="preserve">c. </w:t>
      </w:r>
      <w:r>
        <w:rPr>
          <w:rFonts w:ascii="Times New Roman" w:hAnsi="Times New Roman" w:eastAsia="Times New Roman" w:cs="Times New Roman"/>
          <w:sz w:val="24"/>
        </w:rPr>
        <w:t>[DESCRIBE ACTIONS (e.g. formal disciplinary review and possible termination)]</w:t>
      </w:r>
      <w:r>
        <w:rPr>
          <w:rFonts w:ascii="Times New Roman" w:hAnsi="Times New Roman" w:eastAsia="Times New Roman" w:cs="Times New Roman"/>
          <w:sz w:val="24"/>
        </w:rPr>
        <w:t xml:space="preserve"> for three or more violations</w:t>
      </w:r>
    </w:p>
    <w:p>
      <w:pPr/>
    </w:p>
    <w:p>
      <w:pPr/>
      <w:r>
        <w:rPr>
          <w:rFonts w:ascii="Times New Roman" w:hAnsi="Times New Roman" w:eastAsia="Times New Roman" w:cs="Times New Roman"/>
          <w:sz w:val="24"/>
        </w:rPr>
        <w:t>The Company reserves the right to act in its sole discretion and modify the steps based on the severity of the violation and other factors.</w:t>
      </w:r>
    </w:p>
    <w:p>
      <w:pPr/>
    </w:p>
    <w:p>
      <w:pPr/>
    </w:p>
    <w:p>
      <w:pPr/>
    </w:p>
    <w:p>
      <w:pPr/>
      <w:r>
        <w:rPr>
          <w:rFonts w:ascii="Times New Roman" w:hAnsi="Times New Roman" w:eastAsia="Times New Roman" w:cs="Times New Roman"/>
          <w:b/>
          <w:sz w:val="24"/>
        </w:rPr>
        <w:t xml:space="preserve">6. EMPLOYEE ACKNOWLEDGMENT. </w:t>
      </w:r>
      <w:r>
        <w:rPr>
          <w:rFonts w:ascii="Times New Roman" w:hAnsi="Times New Roman" w:eastAsia="Times New Roman" w:cs="Times New Roman"/>
          <w:sz w:val="24"/>
        </w:rPr>
        <w:t xml:space="preserve">I, </w:t>
      </w:r>
      <w:r>
        <w:rPr>
          <w:rFonts w:ascii="Times New Roman" w:hAnsi="Times New Roman" w:eastAsia="Times New Roman" w:cs="Times New Roman"/>
          <w:sz w:val="24"/>
        </w:rPr>
        <w:t>[EMPLOYEE NAME]</w:t>
      </w:r>
      <w:r>
        <w:rPr>
          <w:rFonts w:ascii="Times New Roman" w:hAnsi="Times New Roman" w:eastAsia="Times New Roman" w:cs="Times New Roman"/>
          <w:sz w:val="24"/>
        </w:rPr>
        <w:t xml:space="preserve"> (employee), acknowledge that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I received a copy of </w:t>
      </w:r>
      <w:r>
        <w:rPr>
          <w:rFonts w:ascii="Times New Roman" w:hAnsi="Times New Roman" w:eastAsia="Times New Roman" w:cs="Times New Roman"/>
          <w:sz w:val="24"/>
        </w:rPr>
        <w:t>[COMPANY NAME]</w:t>
      </w:r>
      <w:r>
        <w:rPr>
          <w:rFonts w:ascii="Times New Roman" w:hAnsi="Times New Roman" w:eastAsia="Times New Roman" w:cs="Times New Roman"/>
          <w:sz w:val="24"/>
        </w:rPr>
        <w:t xml:space="preserve">'s Attendance Policy and that I read it, understood it, and agree to comply with it. I understand that </w:t>
      </w:r>
      <w:r>
        <w:rPr>
          <w:rFonts w:ascii="Times New Roman" w:hAnsi="Times New Roman" w:eastAsia="Times New Roman" w:cs="Times New Roman"/>
          <w:sz w:val="24"/>
        </w:rPr>
        <w:t>[COMPANY NAME]</w:t>
      </w:r>
      <w:r>
        <w:rPr>
          <w:rFonts w:ascii="Times New Roman" w:hAnsi="Times New Roman" w:eastAsia="Times New Roman" w:cs="Times New Roman"/>
          <w:sz w:val="24"/>
        </w:rPr>
        <w:t xml:space="preserve"> has the maximum discretion permitted by law to interpret, administer, change, modify, or delete this policy at any time with or without notice.</w:t>
      </w:r>
    </w:p>
    <w:p>
      <w:pPr/>
    </w:p>
    <w:p>
      <w:pPr/>
      <w:r>
        <w:rPr>
          <w:rFonts w:ascii="Times New Roman" w:hAnsi="Times New Roman" w:eastAsia="Times New Roman" w:cs="Times New Roman"/>
          <w:sz w:val="24"/>
        </w:rPr>
        <w:t>________________________ Signature</w:t>
      </w:r>
    </w:p>
    <w:p>
      <w:pPr/>
      <w:r>
        <w:rPr>
          <w:rFonts w:ascii="Times New Roman" w:hAnsi="Times New Roman" w:eastAsia="Times New Roman" w:cs="Times New Roman"/>
          <w:sz w:val="24"/>
        </w:rPr>
        <w:t>[EMPLOYEE NAME]</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[DATE]</w:t>
      </w:r>
      <w:r>
        <w:rPr>
          <w:rFonts w:ascii="Times New Roman" w:hAnsi="Times New Roman" w:eastAsia="Times New Roman" w:cs="Times New Roman"/>
          <w:sz w:val="24"/>
        </w:rPr>
        <w:t xml:space="preserve"> </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