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Attorney Declaration in Support of Summary Judgment Motion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UNITED STATES DISTRICT COURT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DISTRICT OF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DECLARATION OF [ATTORNEY NAME] IN SUPPORT OF [PARTY] 'S MOTION FOR SUMMARY JUDGMENT OF PATENT INVALIDITY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[attorney's name], pursuant to 28 U.S.C. § 1746, hereby declare as follows: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attorney duly licensed to practice in the State [name of state] and before this Court. I am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[attorney's title] in the law firm of [law firm's name], which represents [party] in this action. I have personal knowledge of the facts stated in this declaration and am competent to testify thereon.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Annexed as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and correct copy of U.S. Patent No. [number] ("the patent in suit").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Annexed as Exhibit B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and correct copy of excerpts from the prosecution history of the patent in suit.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Annexed as Exhibit C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and correct copy of [title of first prior art reference].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Annexed as Exhibit D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and correct copy of [title of second prior art reference].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Annexed as Exhibit E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and correct copy of Plaintiff's Disclosure of Asserted Claims and Preliminary Infringement Contentions.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Annexed as Exhibit F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and correct copy of the expert report of [name of expert].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Annexed as Exhibit G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and correct copy of excerpts from the deposition testimony of [name of witness].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declare under penalty of perjury that the foregoing is true and correct.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Executed in [city], [state] on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[attorney’s name]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CERTIFICATE OF SERVICE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hereby certify that on [date],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foregoing Declaration Of [attorney name] In Support Of [party] 's Motion For Summary Judgment Of Patent Invalidity was served on the following parties by [form of service]: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[Counsel's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[Counsel's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Server]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