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Attorney Non-engagement Letter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VIA [method of delivery]</w:t>
      </w:r>
    </w:p>
    <w:p>
      <w:pPr>
        <w:keepNext w:val="0"/>
        <w:spacing w:before="200" w:after="0" w:line="260" w:lineRule="exact"/>
        <w:ind w:left="360" w:right="0" w:firstLine="0"/>
        <w:jc w:val="both"/>
      </w:pPr>
      <w:r>
        <w:rPr>
          <w:rFonts w:ascii="Times New Roman" w:hAnsi="Times New Roman" w:eastAsia="Times New Roman" w:cs="Times New Roman"/>
          <w:b w:val="0"/>
          <w:sz w:val="24"/>
        </w:rPr>
        <w:t>[Name of potential client]</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[Email]</w:t>
      </w:r>
    </w:p>
    <w:p>
      <w:pPr>
        <w:keepNext w:val="0"/>
        <w:spacing w:before="200" w:after="0" w:line="260" w:lineRule="exact"/>
        <w:ind w:left="360" w:right="0" w:firstLine="0"/>
        <w:jc w:val="both"/>
      </w:pPr>
      <w:r>
        <w:rPr>
          <w:rFonts w:ascii="Times New Roman" w:hAnsi="Times New Roman" w:eastAsia="Times New Roman" w:cs="Times New Roman"/>
          <w:b w:val="0"/>
          <w:sz w:val="24"/>
        </w:rPr>
        <w:t>Dear [name of potential client]:</w:t>
      </w:r>
    </w:p>
    <w:p>
      <w:pPr>
        <w:keepNext w:val="0"/>
        <w:spacing w:before="200" w:after="0" w:line="260" w:lineRule="exact"/>
        <w:ind w:left="360" w:right="0" w:firstLine="0"/>
        <w:jc w:val="both"/>
      </w:pPr>
      <w:r>
        <w:rPr>
          <w:rFonts w:ascii="Times New Roman" w:hAnsi="Times New Roman" w:eastAsia="Times New Roman" w:cs="Times New Roman"/>
          <w:b w:val="0"/>
          <w:sz w:val="24"/>
        </w:rPr>
        <w:t>This letter serves as written confirmation of our discussion on [date], in which I advised you that our firm would not represent you in connection with [describe, in detail, the scope and nature of the representation you are declining].</w:t>
      </w:r>
    </w:p>
    <w:p>
      <w:pPr>
        <w:keepNext w:val="0"/>
        <w:spacing w:before="200" w:after="0" w:line="260" w:lineRule="exact"/>
        <w:ind w:left="360" w:right="0" w:firstLine="0"/>
        <w:jc w:val="both"/>
      </w:pPr>
      <w:r>
        <w:rPr>
          <w:rFonts w:ascii="Times New Roman" w:hAnsi="Times New Roman" w:eastAsia="Times New Roman" w:cs="Times New Roman"/>
          <w:b w:val="0"/>
          <w:sz w:val="24"/>
        </w:rPr>
        <w:t>We want to emphasize that we have no opinion on the merits of your claims, and that you should not construe anything said in our discussion(s) as legal advice. You should seek the representation of another attorney as soon as possible to preserve and protect your legal rights. Please remember that the law requires you to [describe any relevant upcoming deadlines, such as “file your claim” or “answer the complaint”] within [state what the statute of limitations is], which means you must file [state what must be filed] by [enter specific date including year], or you will be forever barred from filing the same after that date. The statute of limitations is specific to your type of claim. Other claims may have different statute of limitations.</w:t>
      </w:r>
    </w:p>
    <w:p>
      <w:pPr>
        <w:keepNext w:val="0"/>
        <w:spacing w:before="200" w:after="0" w:line="260" w:lineRule="exact"/>
        <w:ind w:left="360" w:right="0" w:firstLine="0"/>
        <w:jc w:val="both"/>
      </w:pPr>
      <w:r>
        <w:rPr>
          <w:rFonts w:ascii="Times New Roman" w:hAnsi="Times New Roman" w:eastAsia="Times New Roman" w:cs="Times New Roman"/>
          <w:b w:val="0"/>
          <w:sz w:val="24"/>
        </w:rPr>
        <w:t>Finally, we appreciate having had the opportunity to talk with you about this matter. I wish you the best in your future endeavors. Should additional or other legal matter arise, please do not hesitate to contact our firm.</w:t>
      </w: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Telephone: [number]</w:t>
      </w:r>
    </w:p>
    <w:p>
      <w:pPr>
        <w:keepNext w:val="0"/>
        <w:spacing w:before="120" w:after="0" w:line="260" w:lineRule="exact"/>
        <w:ind w:left="360" w:right="0" w:firstLine="0"/>
        <w:jc w:val="left"/>
      </w:pPr>
      <w:r>
        <w:rPr>
          <w:rFonts w:ascii="Times New Roman" w:hAnsi="Times New Roman" w:eastAsia="Times New Roman" w:cs="Times New Roman"/>
          <w:b w:val="0"/>
          <w:sz w:val="24"/>
        </w:rPr>
        <w:t>Facsimile: [number]</w:t>
      </w:r>
    </w:p>
    <w:p>
      <w:pPr>
        <w:keepNext w:val="0"/>
        <w:spacing w:before="120" w:after="0" w:line="260" w:lineRule="exact"/>
        <w:ind w:left="360" w:right="0" w:firstLine="0"/>
        <w:jc w:val="left"/>
      </w:pPr>
      <w:r>
        <w:rPr>
          <w:rFonts w:ascii="Times New Roman" w:hAnsi="Times New Roman" w:eastAsia="Times New Roman" w:cs="Times New Roman"/>
          <w:b w:val="0"/>
          <w:sz w:val="24"/>
        </w:rPr>
        <w:t>Email: [E-mail]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