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AUTO INSURANCE VERIFICATION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I, ___________________________________, authorize my insurance agent/company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to disclose the following information to ___________________________________ for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the purpose of __________________________________.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 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 __________________________________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INSURANCE AGENT</w:t>
      </w:r>
      <w:r>
        <w:rPr>
          <w:rFonts w:ascii="Times New Roman" w:hAnsi="Times New Roman" w:eastAsia="Times New Roman" w:cs="Times New Roman"/>
          <w:sz w:val="24"/>
        </w:rPr>
        <w:t xml:space="preserve">:  Please fill out and return to: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Fax Number _______________________ or E-Mail 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- - - - - - - - - - - - - - - - - - - - - - - - - - - - - - - - - - - - - - - - - - - - - - - - - - - - - - - - - - - - - - - - 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THIS AREA TO BE COMPLETED BY THE INSURANCE AGENT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Insured Individual’s Name: ___________________________________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Address: ______________________________________________________________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City: ______________________________ State: ________________ Zip: 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Insurance Company: ____________________________ Phone: 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Agent Contact Name: ____________________________ Fax: 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Policy Start Date: ___________________ Policy End Date: 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Is there liability for injuries or damage to a third (3</w:t>
      </w:r>
      <w:r>
        <w:rPr>
          <w:rFonts w:ascii="Times New Roman" w:hAnsi="Times New Roman" w:eastAsia="Times New Roman" w:cs="Times New Roman"/>
          <w:sz w:val="24"/>
        </w:rPr>
        <w:t>rd</w:t>
      </w:r>
      <w:r>
        <w:rPr>
          <w:rFonts w:ascii="Times New Roman" w:hAnsi="Times New Roman" w:eastAsia="Times New Roman" w:cs="Times New Roman"/>
          <w:sz w:val="24"/>
        </w:rPr>
        <w:t xml:space="preserve">) party?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No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Does the coverage cover the insured individual in an accident?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No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Does the coverage pay for damage done to rental vehicles?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No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Policy Number: _____________________ Expiration: 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Agent’s 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Date 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