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spacing w:before="9" w:after="0"/>
      </w:pPr>
    </w:p>
    <w:p>
      <w:pPr>
        <w:spacing w:before="69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ARIZONA REVOCATION OF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PRINCIPAL: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8" w:after="0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[BIRTHDATE]</w:t>
      </w:r>
    </w:p>
    <w:p>
      <w:pPr/>
    </w:p>
    <w:p>
      <w:pPr>
        <w:spacing w:before="10" w:after="0"/>
      </w:pPr>
    </w:p>
    <w:p>
      <w:pPr>
        <w:spacing w:before="74" w:after="0"/>
      </w:pPr>
      <w:r>
        <w:rPr>
          <w:rFonts w:ascii="Times New Roman" w:hAnsi="Times New Roman" w:eastAsia="Times New Roman" w:cs="Times New Roman"/>
          <w:b/>
          <w:sz w:val="24"/>
        </w:rPr>
        <w:t>ATTORNEY-IN-FACT/AGENT:</w:t>
      </w:r>
    </w:p>
    <w:p>
      <w:pPr>
        <w:spacing w:before="10" w:after="0"/>
      </w:pP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[BIRTHDATE]</w:t>
      </w:r>
    </w:p>
    <w:p>
      <w:pPr/>
    </w:p>
    <w:p>
      <w:pPr/>
    </w:p>
    <w:p>
      <w:pPr>
        <w:spacing w:before="7" w:after="0"/>
      </w:pPr>
    </w:p>
    <w:p>
      <w:pPr>
        <w:spacing w:before="74" w:after="0"/>
      </w:pPr>
      <w:r>
        <w:rPr>
          <w:rFonts w:ascii="Times New Roman" w:hAnsi="Times New Roman" w:eastAsia="Times New Roman" w:cs="Times New Roman"/>
          <w:sz w:val="24"/>
        </w:rPr>
        <w:t>TYPE OF POWER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ATTORNEY:</w:t>
        <w:tab/>
        <w:t xml:space="preserve">[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General</w:t>
        <w:tab/>
        <w:t xml:space="preserve">[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</w:p>
    <w:p>
      <w:pPr>
        <w:spacing w:before="4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DATE OF POWER OF ATTORNEY SUBJECT TO 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11" w:after="0"/>
      </w:pPr>
    </w:p>
    <w:p>
      <w:pPr>
        <w:spacing w:before="74" w:after="0"/>
      </w:pPr>
      <w:r>
        <w:rPr>
          <w:rFonts w:ascii="Times New Roman" w:hAnsi="Times New Roman" w:eastAsia="Times New Roman" w:cs="Times New Roman"/>
          <w:sz w:val="24"/>
        </w:rPr>
        <w:t xml:space="preserve">IF THE SUBJECT POWER OF ATTORNEY </w:t>
      </w:r>
      <w:r>
        <w:rPr>
          <w:rFonts w:ascii="Times New Roman" w:hAnsi="Times New Roman" w:eastAsia="Times New Roman" w:cs="Times New Roman"/>
          <w:sz w:val="24"/>
        </w:rPr>
        <w:t xml:space="preserve">WAS </w:t>
      </w:r>
      <w:r>
        <w:rPr>
          <w:rFonts w:ascii="Times New Roman" w:hAnsi="Times New Roman" w:eastAsia="Times New Roman" w:cs="Times New Roman"/>
          <w:sz w:val="24"/>
        </w:rPr>
        <w:t>RECORDED IN ANY COUNTY RECORDER'S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RECORDING DATA ARE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FOLLOWS:</w:t>
      </w:r>
    </w:p>
    <w:p>
      <w:pPr/>
    </w:p>
    <w:p>
      <w:pPr/>
    </w:p>
    <w:p>
      <w:pPr>
        <w:spacing w:before="7" w:after="0"/>
      </w:pP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/>
      </w:pPr>
    </w:p>
    <w:p>
      <w:pPr>
        <w:spacing w:before="74" w:after="0"/>
      </w:pPr>
      <w:r>
        <w:rPr>
          <w:rFonts w:ascii="Times New Roman" w:hAnsi="Times New Roman" w:eastAsia="Times New Roman" w:cs="Times New Roman"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above-referenced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withdraws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cancels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 conferred on Attorney-in-Fact (Agent) 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it.</w:t>
      </w:r>
    </w:p>
    <w:p>
      <w:pPr>
        <w:spacing w:before="99" w:after="0"/>
      </w:pPr>
      <w:r>
        <w:rPr>
          <w:rFonts w:ascii="Times New Roman" w:hAnsi="Times New Roman" w:eastAsia="Times New Roman" w:cs="Times New Roman"/>
          <w:sz w:val="24"/>
        </w:rPr>
        <w:t>Copies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mailed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addresses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indicated,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published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described: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9" w:after="0"/>
      </w:pPr>
    </w:p>
    <w:p>
      <w:pPr>
        <w:spacing w:line="20" w:lineRule="exact"/>
      </w:pP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/>
    </w:p>
    <w:p>
      <w:pPr/>
    </w:p>
    <w:p>
      <w:pPr/>
    </w:p>
    <w:p>
      <w:pPr>
        <w:spacing w:before="2" w:after="0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Principal,</w:t>
      </w:r>
      <w:r>
        <w:rPr>
          <w:rFonts w:ascii="Times New Roman" w:hAnsi="Times New Roman" w:eastAsia="Times New Roman" w:cs="Times New Roman"/>
          <w:sz w:val="24"/>
        </w:rPr>
        <w:t xml:space="preserve">  sign 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 name 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 Revocation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Power of Attorney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and, being first duly sworn,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 I sign it willingly, or willingly direct another to sign for me, that I execute it as my free and voluntary act 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purposes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expressed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eighteen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older,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sound mind and under no constraint or undue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influence.</w:t>
      </w:r>
    </w:p>
    <w:p>
      <w:pPr/>
    </w:p>
    <w:p>
      <w:pPr/>
    </w:p>
    <w:p>
      <w:pPr>
        <w:spacing w:before="5" w:after="0"/>
      </w:pPr>
    </w:p>
    <w:p>
      <w:pPr>
        <w:spacing w:line="20" w:lineRule="exact"/>
      </w:pPr>
    </w:p>
    <w:p>
      <w:pPr>
        <w:spacing w:before="1" w:after="0"/>
        <w:ind w:firstLine="8179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</w:p>
    <w:p>
      <w:pPr/>
    </w:p>
    <w:p>
      <w:pPr>
        <w:spacing w:before="2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name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foregoing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</w:t>
      </w:r>
    </w:p>
    <w:p>
      <w:pPr/>
    </w:p>
    <w:p>
      <w:pPr>
        <w:spacing w:before="113" w:after="0"/>
      </w:pPr>
      <w:r>
        <w:rPr>
          <w:rFonts w:ascii="Times New Roman" w:hAnsi="Times New Roman" w:eastAsia="Times New Roman" w:cs="Times New Roman"/>
          <w:sz w:val="24"/>
        </w:rPr>
        <w:t xml:space="preserve">of  Power  of  Attorney this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113" w:after="0"/>
      </w:pP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n</w:t>
      </w:r>
      <w:r>
        <w:rPr>
          <w:rFonts w:ascii="Times New Roman" w:hAnsi="Times New Roman" w:eastAsia="Times New Roman" w:cs="Times New Roman"/>
          <w:sz w:val="24"/>
        </w:rPr>
        <w:t>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>r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>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</w:t>
      </w:r>
      <w:r>
        <w:rPr>
          <w:rFonts w:ascii="Times New Roman" w:hAnsi="Times New Roman" w:eastAsia="Times New Roman" w:cs="Times New Roman"/>
          <w:sz w:val="24"/>
        </w:rPr>
        <w:t>l</w:t>
      </w:r>
      <w:r>
        <w:rPr>
          <w:rFonts w:ascii="Times New Roman" w:hAnsi="Times New Roman" w:eastAsia="Times New Roman" w:cs="Times New Roman"/>
          <w:sz w:val="24"/>
        </w:rPr>
        <w:t>y</w:t>
      </w:r>
    </w:p>
    <w:p>
      <w:pPr/>
    </w:p>
    <w:p>
      <w:pPr>
        <w:spacing w:before="115" w:after="0"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sworn,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declare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his/her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he/she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willingly,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willingly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directs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him/her,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presence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hearing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Principal's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knowledge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eighteen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older,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sound mind and under no constraint or undue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influence.</w:t>
      </w:r>
    </w:p>
    <w:p>
      <w:pPr/>
    </w:p>
    <w:p>
      <w:pPr/>
    </w:p>
    <w:p>
      <w:pPr>
        <w:spacing w:before="2" w:after="0"/>
      </w:pPr>
    </w:p>
    <w:p>
      <w:pPr>
        <w:spacing w:line="20" w:lineRule="exact"/>
      </w:pP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</w:t>
      </w:r>
    </w:p>
    <w:p>
      <w:pPr/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