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Benefit Cancellation Notice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[Employer letterhead]</w:t>
      </w:r>
    </w:p>
    <w:p>
      <w:pPr>
        <w:keepNext w:val="0"/>
        <w:spacing w:before="200" w:after="0" w:line="260" w:lineRule="exact"/>
        <w:ind w:left="360" w:right="0" w:firstLine="0"/>
        <w:jc w:val="both"/>
      </w:pPr>
      <w:r>
        <w:rPr>
          <w:rFonts w:ascii="Times New Roman" w:hAnsi="Times New Roman" w:eastAsia="Times New Roman" w:cs="Times New Roman"/>
          <w:b/>
          <w:sz w:val="24"/>
        </w:rPr>
        <w:t>THIS LETTER CONTAINS IMPORTANT INFORMATION.</w:t>
      </w:r>
    </w:p>
    <w:p>
      <w:pPr>
        <w:keepNext w:val="0"/>
        <w:spacing w:before="200" w:after="0" w:line="260" w:lineRule="exact"/>
        <w:ind w:left="360" w:right="0" w:firstLine="0"/>
        <w:jc w:val="both"/>
      </w:pPr>
      <w:r>
        <w:rPr>
          <w:rFonts w:ascii="Times New Roman" w:hAnsi="Times New Roman" w:eastAsia="Times New Roman" w:cs="Times New Roman"/>
          <w:b/>
          <w:sz w:val="24"/>
        </w:rPr>
        <w:t>PLEASE READ IT CAREFULLY</w:t>
      </w:r>
    </w:p>
    <w:p>
      <w:pPr>
        <w:keepNext w:val="0"/>
        <w:spacing w:before="200" w:after="0" w:line="260" w:lineRule="exact"/>
        <w:ind w:left="360" w:right="0" w:firstLine="0"/>
        <w:jc w:val="both"/>
      </w:pPr>
      <w:r>
        <w:rPr>
          <w:rFonts w:ascii="Times New Roman" w:hAnsi="Times New Roman" w:eastAsia="Times New Roman" w:cs="Times New Roman"/>
          <w:b/>
          <w:sz w:val="24"/>
        </w:rPr>
        <w:t>VIA CERTIFIED MAIL, RETURN RECEIPT REQUESTED AND REGULAR U.S. MAIL</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[Employee name and address]</w:t>
      </w:r>
    </w:p>
    <w:p>
      <w:pPr>
        <w:keepNext w:val="0"/>
        <w:spacing w:before="200" w:after="0" w:line="260" w:lineRule="exact"/>
        <w:ind w:left="360" w:right="0" w:firstLine="0"/>
        <w:jc w:val="both"/>
      </w:pPr>
      <w:r>
        <w:rPr>
          <w:rFonts w:ascii="Times New Roman" w:hAnsi="Times New Roman" w:eastAsia="Times New Roman" w:cs="Times New Roman"/>
          <w:b w:val="0"/>
          <w:sz w:val="24"/>
        </w:rPr>
        <w:t>Dear [employee],</w:t>
      </w:r>
    </w:p>
    <w:p>
      <w:pPr>
        <w:keepNext w:val="0"/>
        <w:spacing w:before="200" w:after="0" w:line="260" w:lineRule="exact"/>
        <w:ind w:left="360" w:right="0" w:firstLine="0"/>
        <w:jc w:val="both"/>
      </w:pPr>
      <w:r>
        <w:rPr>
          <w:rFonts w:ascii="Times New Roman" w:hAnsi="Times New Roman" w:eastAsia="Times New Roman" w:cs="Times New Roman"/>
          <w:b w:val="0"/>
          <w:sz w:val="24"/>
        </w:rPr>
        <w:t>As part of the Notice of Eligibility and Rights and Responsibilities, your Family and Medical Leave Act (FMLA) packet, and in the course of our discussions about your obligations while on FMLA leave, we provided information about your obligation to pay your portion of the insurance premium on time—according to the schedule that we outlined for you—to maintain your medical, dental, and/or life insurance coverage.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On [date], we left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voicemail message on your [home/cell] phone to let you know we have not received your [identify payment(s) not received] payment. We have not heard from you and have not received [identify payment(s) not received] payment. Because you have not paid your portion of insurance premiums as required, your medical, dental, and life insurance benefits are scheduled for cancellation effective [date fifteen days from date of letter].</w:t>
      </w:r>
    </w:p>
    <w:p>
      <w:pPr>
        <w:keepNext w:val="0"/>
        <w:spacing w:before="200" w:after="0" w:line="260" w:lineRule="exact"/>
        <w:ind w:left="360" w:right="0" w:firstLine="0"/>
        <w:jc w:val="both"/>
      </w:pPr>
      <w:r>
        <w:rPr>
          <w:rFonts w:ascii="Times New Roman" w:hAnsi="Times New Roman" w:eastAsia="Times New Roman" w:cs="Times New Roman"/>
          <w:b w:val="0"/>
          <w:sz w:val="24"/>
        </w:rPr>
        <w:t>To avoid cancellation, you must pay in full all outstanding premiums to date, and then must stay current with your payments every pay period thereafter. Our records indicate you owe $[amount] as of the pay period ending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contact me at [phone number] if you have any questions or wish to set up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appointment to speak with me.</w:t>
      </w: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