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Bill of Sale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KNOW ALL MEN BY THESE PRESENTS that I, [seller's name] ("Seller"), of [seller's city] in the [seller's county and state], in consideration of the sum of $[amount] to me in hand paid by [buyer's name], of [buyer's city] in the [buyer's county and state], the receipt whereof is hereby acknowledged, have granted, bargained, sold, conveyed, transferred, and delivered and by these presents do bargain, sell, grant, convey, transfer, and deliver unto [buyer's name] the following goods and chattels: [description of goods].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have and to hold the same unto [buyer's name] ("Buyer"), Buyer's executors, administrators, and assigns forever.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I do for myself, my executors, administrators, and assigns covenant and agree with Buyer to warrant and defend title to the [description of goods] hereby sold unto the party of the second part, its executors, administrators, and assigns against all and every person and persons whomsoever.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I do for myself, my executors, administrators, and assigns warrant and represent to Buyer that the title conveyed is good, its transfer is rightful; and the goods are, have been, or shall be delivered from any security interest or other lien or encumbrance [(include as may be applicable) except for the following: Purchase money security interest and agreement in favor of [secured creditor's name and address], dated [date], in the initial principal amount of $[amount], plus interest and to be discharged and satisfied out of the proceeds of this sale].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 I have hereunto set my hand and seal this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________________________________(L.S.)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[seller's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Signed, sealed, and delivered in the presence 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Public or Commissioner of Deeds]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Title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[seller's name] ("Seller"), being duly sworn, deposes and says: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 resides at [address], and is the sole owner of the [description of goods] described in the bill of sale to which this affidavit is attached and Seller is the same person who executed the bill of sale to which this affidavit is attached.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 has full right to sell and transfer the above described property.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such property is free and clear of all security interests, liabilities, obligations, and encumbrances [,(include any applicable encumbrances or liabilities, e.g., except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certain purchase money security interest and agreement in favor of [secured creditor's name and address], dated [date], in the initial principal amount of $[amount], plus interest and to be discharged and satisfied out of the proceeds of this sale].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there are no judgments against Seller in any court of the State of [state], the United States of America and there are no replevins, attachments, executions, or other writs or processes issued against Seller; that Seller has not filed any petition in bankruptcy, nor has any petition in bankruptcy been filed against Seller, and Seller has not been adjudicated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bankrupt.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this affidavit is made to induce [buyer's name] to accept the transfer of this property and to pay the consideration therefor specified in the said bill of sale.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[seller's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Sworn and subscribed to before me on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