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OFFICIAL BIRTH PLAN</w:t>
      </w: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>for</w:t>
      </w: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>[NAME OF MOTHER]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Due 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Partner’s name: </w:t>
      </w:r>
      <w:r>
        <w:rPr>
          <w:rFonts w:ascii="Times New Roman" w:hAnsi="Times New Roman" w:eastAsia="Times New Roman" w:cs="Times New Roman"/>
          <w:sz w:val="24"/>
        </w:rPr>
        <w:t xml:space="preserve">[PARTNER'S NAME] </w:t>
      </w:r>
      <w:r>
        <w:rPr>
          <w:rFonts w:ascii="Times New Roman" w:hAnsi="Times New Roman" w:eastAsia="Times New Roman" w:cs="Times New Roman"/>
          <w:sz w:val="24"/>
        </w:rPr>
        <w:tab/>
        <w:t xml:space="preserve">Doctor/Midwife: </w:t>
      </w:r>
      <w:r>
        <w:rPr>
          <w:rFonts w:ascii="Times New Roman" w:hAnsi="Times New Roman" w:eastAsia="Times New Roman" w:cs="Times New Roman"/>
          <w:sz w:val="24"/>
        </w:rPr>
        <w:t>[DOCTOR/MIDWIFE NAME]</w:t>
      </w:r>
      <w:r>
        <w:rPr>
          <w:rFonts w:ascii="Times New Roman" w:hAnsi="Times New Roman" w:eastAsia="Times New Roman" w:cs="Times New Roman"/>
          <w:sz w:val="24"/>
        </w:rPr>
        <w:t xml:space="preserve">    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Phone number: </w:t>
      </w:r>
      <w:r>
        <w:rPr>
          <w:rFonts w:ascii="Times New Roman" w:hAnsi="Times New Roman" w:eastAsia="Times New Roman" w:cs="Times New Roman"/>
          <w:sz w:val="24"/>
        </w:rPr>
        <w:t>[PARTNER'S PHONE #]</w:t>
      </w:r>
      <w:r>
        <w:rPr>
          <w:rFonts w:ascii="Times New Roman" w:hAnsi="Times New Roman" w:eastAsia="Times New Roman" w:cs="Times New Roman"/>
          <w:sz w:val="24"/>
        </w:rPr>
        <w:tab/>
        <w:t xml:space="preserve">Phone number: </w:t>
      </w:r>
      <w:r>
        <w:rPr>
          <w:rFonts w:ascii="Times New Roman" w:hAnsi="Times New Roman" w:eastAsia="Times New Roman" w:cs="Times New Roman"/>
          <w:sz w:val="24"/>
        </w:rPr>
        <w:t>[DOCTOR/MIDWIFE PHONE #]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DELIVERY TYPE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Vaginal  </w:t>
      </w:r>
      <w:r>
        <w:rPr>
          <w:rFonts w:ascii="Times New Roman" w:hAnsi="Times New Roman" w:eastAsia="Times New Roman" w:cs="Times New Roman"/>
          <w:sz w:val="24"/>
        </w:rPr>
        <w:t xml:space="preserve"> C-Section  </w:t>
      </w:r>
      <w:r>
        <w:rPr>
          <w:rFonts w:ascii="Times New Roman" w:hAnsi="Times New Roman" w:eastAsia="Times New Roman" w:cs="Times New Roman"/>
          <w:sz w:val="24"/>
        </w:rPr>
        <w:t xml:space="preserve"> VBAC </w:t>
      </w:r>
      <w:r>
        <w:rPr>
          <w:rFonts w:ascii="Times New Roman" w:hAnsi="Times New Roman" w:eastAsia="Times New Roman" w:cs="Times New Roman"/>
          <w:sz w:val="24"/>
        </w:rPr>
        <w:t xml:space="preserve"> Water Birth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All-natural birth without pain medication?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HEALTH INFORMATION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Strep B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Genital Herpes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Gestational Diabetes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Number of pregnancies: </w:t>
      </w:r>
      <w:r>
        <w:rPr>
          <w:rFonts w:ascii="Times New Roman" w:hAnsi="Times New Roman" w:eastAsia="Times New Roman" w:cs="Times New Roman"/>
          <w:sz w:val="24"/>
        </w:rPr>
        <w:t>[#]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Other conditions that may impact labor: </w:t>
      </w:r>
      <w:r>
        <w:rPr>
          <w:rFonts w:ascii="Times New Roman" w:hAnsi="Times New Roman" w:eastAsia="Times New Roman" w:cs="Times New Roman"/>
          <w:sz w:val="24"/>
        </w:rPr>
        <w:t>[LIST/EXPLAIN]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LABOR ENVIRONMENT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Names of family and friends who can be in the room during delivery: </w:t>
      </w:r>
      <w:r>
        <w:rPr>
          <w:rFonts w:ascii="Times New Roman" w:hAnsi="Times New Roman" w:eastAsia="Times New Roman" w:cs="Times New Roman"/>
          <w:sz w:val="24"/>
        </w:rPr>
        <w:t>[NAME 1]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</w:rPr>
        <w:t>[NAME 2]</w:t>
      </w: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</w:rPr>
        <w:t>[NAME 3]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</w:rPr>
        <w:t>[NAME 4]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</w:rPr>
        <w:t>[NAME 5]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Residents or students allowed in room during labor?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Lights: </w:t>
      </w:r>
      <w:r>
        <w:rPr>
          <w:rFonts w:ascii="Times New Roman" w:hAnsi="Times New Roman" w:eastAsia="Times New Roman" w:cs="Times New Roman"/>
          <w:sz w:val="24"/>
        </w:rPr>
        <w:t xml:space="preserve"> Dimmed lighting </w:t>
      </w:r>
      <w:r>
        <w:rPr>
          <w:rFonts w:ascii="Times New Roman" w:hAnsi="Times New Roman" w:eastAsia="Times New Roman" w:cs="Times New Roman"/>
          <w:sz w:val="24"/>
        </w:rPr>
        <w:t xml:space="preserve"> Natural lighting </w:t>
      </w:r>
      <w:r>
        <w:rPr>
          <w:rFonts w:ascii="Times New Roman" w:hAnsi="Times New Roman" w:eastAsia="Times New Roman" w:cs="Times New Roman"/>
          <w:sz w:val="24"/>
        </w:rPr>
        <w:t xml:space="preserve"> No preference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Music: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Play music of choice </w:t>
      </w:r>
      <w:r>
        <w:rPr>
          <w:rFonts w:ascii="Times New Roman" w:hAnsi="Times New Roman" w:eastAsia="Times New Roman" w:cs="Times New Roman"/>
          <w:sz w:val="24"/>
        </w:rPr>
        <w:t xml:space="preserve"> No music </w:t>
      </w:r>
      <w:r>
        <w:rPr>
          <w:rFonts w:ascii="Times New Roman" w:hAnsi="Times New Roman" w:eastAsia="Times New Roman" w:cs="Times New Roman"/>
          <w:sz w:val="24"/>
        </w:rPr>
        <w:t xml:space="preserve"> No preference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Noise level: </w:t>
      </w:r>
      <w:r>
        <w:rPr>
          <w:rFonts w:ascii="Times New Roman" w:hAnsi="Times New Roman" w:eastAsia="Times New Roman" w:cs="Times New Roman"/>
          <w:sz w:val="24"/>
        </w:rPr>
        <w:t xml:space="preserve"> Soft speaking </w:t>
      </w:r>
      <w:r>
        <w:rPr>
          <w:rFonts w:ascii="Times New Roman" w:hAnsi="Times New Roman" w:eastAsia="Times New Roman" w:cs="Times New Roman"/>
          <w:sz w:val="24"/>
        </w:rPr>
        <w:t xml:space="preserve"> No speaking </w:t>
      </w:r>
      <w:r>
        <w:rPr>
          <w:rFonts w:ascii="Times New Roman" w:hAnsi="Times New Roman" w:eastAsia="Times New Roman" w:cs="Times New Roman"/>
          <w:sz w:val="24"/>
        </w:rPr>
        <w:t xml:space="preserve"> No preference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PAIN MANAGEMENT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Natural pain remedies. Specify: </w:t>
      </w:r>
      <w:r>
        <w:rPr>
          <w:rFonts w:ascii="Times New Roman" w:hAnsi="Times New Roman" w:eastAsia="Times New Roman" w:cs="Times New Roman"/>
          <w:sz w:val="24"/>
        </w:rPr>
        <w:t>[SPECIFY NATURAL METHODS]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Administer epidural and other medications as necessary using: </w:t>
      </w:r>
    </w:p>
    <w:p>
      <w:pPr>
        <w:spacing w:line="360" w:lineRule="auto"/>
        <w:ind w:firstLine="72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Intravenous (IV) line </w:t>
      </w:r>
      <w:r>
        <w:rPr>
          <w:rFonts w:ascii="Times New Roman" w:hAnsi="Times New Roman" w:eastAsia="Times New Roman" w:cs="Times New Roman"/>
          <w:sz w:val="24"/>
        </w:rPr>
        <w:t xml:space="preserve"> Heparin or saline lock </w:t>
      </w:r>
      <w:r>
        <w:rPr>
          <w:rFonts w:ascii="Times New Roman" w:hAnsi="Times New Roman" w:eastAsia="Times New Roman" w:cs="Times New Roman"/>
          <w:sz w:val="24"/>
        </w:rPr>
        <w:t xml:space="preserve"> No preference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Allergies to any medication?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If yes, provide details: </w:t>
      </w:r>
      <w:r>
        <w:rPr>
          <w:rFonts w:ascii="Times New Roman" w:hAnsi="Times New Roman" w:eastAsia="Times New Roman" w:cs="Times New Roman"/>
          <w:sz w:val="24"/>
        </w:rPr>
        <w:t>[ALLERGY DETAILS]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LABOR PREFERENCES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Movement: </w:t>
      </w:r>
      <w:r>
        <w:rPr>
          <w:rFonts w:ascii="Times New Roman" w:hAnsi="Times New Roman" w:eastAsia="Times New Roman" w:cs="Times New Roman"/>
          <w:sz w:val="24"/>
        </w:rPr>
        <w:t xml:space="preserve"> Encourage walking, rocking, etc. </w:t>
      </w:r>
      <w:r>
        <w:rPr>
          <w:rFonts w:ascii="Times New Roman" w:hAnsi="Times New Roman" w:eastAsia="Times New Roman" w:cs="Times New Roman"/>
          <w:sz w:val="24"/>
        </w:rPr>
        <w:t xml:space="preserve"> No preference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Fetal monitoring: </w:t>
      </w:r>
      <w:r>
        <w:rPr>
          <w:rFonts w:ascii="Times New Roman" w:hAnsi="Times New Roman" w:eastAsia="Times New Roman" w:cs="Times New Roman"/>
          <w:sz w:val="24"/>
        </w:rPr>
        <w:t xml:space="preserve"> Continuous </w:t>
      </w:r>
      <w:r>
        <w:rPr>
          <w:rFonts w:ascii="Times New Roman" w:hAnsi="Times New Roman" w:eastAsia="Times New Roman" w:cs="Times New Roman"/>
          <w:sz w:val="24"/>
        </w:rPr>
        <w:t xml:space="preserve"> Intermittent </w:t>
      </w:r>
      <w:r>
        <w:rPr>
          <w:rFonts w:ascii="Times New Roman" w:hAnsi="Times New Roman" w:eastAsia="Times New Roman" w:cs="Times New Roman"/>
          <w:sz w:val="24"/>
        </w:rPr>
        <w:t xml:space="preserve"> No preference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Labor induction: </w:t>
      </w:r>
      <w:r>
        <w:rPr>
          <w:rFonts w:ascii="Times New Roman" w:hAnsi="Times New Roman" w:eastAsia="Times New Roman" w:cs="Times New Roman"/>
          <w:sz w:val="24"/>
        </w:rPr>
        <w:t xml:space="preserve"> After 6 hours </w:t>
      </w:r>
      <w:r>
        <w:rPr>
          <w:rFonts w:ascii="Times New Roman" w:hAnsi="Times New Roman" w:eastAsia="Times New Roman" w:cs="Times New Roman"/>
          <w:sz w:val="24"/>
        </w:rPr>
        <w:t xml:space="preserve"> After 12 hours </w:t>
      </w:r>
      <w:r>
        <w:rPr>
          <w:rFonts w:ascii="Times New Roman" w:hAnsi="Times New Roman" w:eastAsia="Times New Roman" w:cs="Times New Roman"/>
          <w:sz w:val="24"/>
        </w:rPr>
        <w:t xml:space="preserve"> None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DELIVERY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Preferred birthing position: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Semi-recline </w:t>
      </w:r>
      <w:r>
        <w:rPr>
          <w:rFonts w:ascii="Times New Roman" w:hAnsi="Times New Roman" w:eastAsia="Times New Roman" w:cs="Times New Roman"/>
          <w:sz w:val="24"/>
        </w:rPr>
        <w:t xml:space="preserve"> Squatting </w:t>
      </w:r>
      <w:r>
        <w:rPr>
          <w:rFonts w:ascii="Times New Roman" w:hAnsi="Times New Roman" w:eastAsia="Times New Roman" w:cs="Times New Roman"/>
          <w:sz w:val="24"/>
        </w:rPr>
        <w:t xml:space="preserve"> Standing upright </w:t>
      </w:r>
      <w:r>
        <w:rPr>
          <w:rFonts w:ascii="Times New Roman" w:hAnsi="Times New Roman" w:eastAsia="Times New Roman" w:cs="Times New Roman"/>
          <w:sz w:val="24"/>
        </w:rPr>
        <w:t xml:space="preserve"> Lying on side </w:t>
      </w:r>
      <w:r>
        <w:rPr>
          <w:rFonts w:ascii="Times New Roman" w:hAnsi="Times New Roman" w:eastAsia="Times New Roman" w:cs="Times New Roman"/>
          <w:sz w:val="24"/>
        </w:rPr>
        <w:t xml:space="preserve"> No preference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[SPECIFY OTHER POSITION]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I want to use a mirror to view the baby’s birth: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The birth will be filmed: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AFTER DELIVERY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 want skin-to-skin contact with my baby immediately after delivery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 want the baby to be dried off before being brought to me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Delay cord clamping: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The umbilical cord will be cut by: </w:t>
      </w:r>
      <w:r>
        <w:rPr>
          <w:rFonts w:ascii="Times New Roman" w:hAnsi="Times New Roman" w:eastAsia="Times New Roman" w:cs="Times New Roman"/>
          <w:sz w:val="24"/>
        </w:rPr>
        <w:t xml:space="preserve"> Myself </w:t>
      </w:r>
      <w:r>
        <w:rPr>
          <w:rFonts w:ascii="Times New Roman" w:hAnsi="Times New Roman" w:eastAsia="Times New Roman" w:cs="Times New Roman"/>
          <w:sz w:val="24"/>
        </w:rPr>
        <w:t xml:space="preserve"> My partner </w:t>
      </w:r>
      <w:r>
        <w:rPr>
          <w:rFonts w:ascii="Times New Roman" w:hAnsi="Times New Roman" w:eastAsia="Times New Roman" w:cs="Times New Roman"/>
          <w:sz w:val="24"/>
        </w:rPr>
        <w:t xml:space="preserve"> No preference </w:t>
      </w:r>
      <w:r>
        <w:rPr>
          <w:rFonts w:ascii="Times New Roman" w:hAnsi="Times New Roman" w:eastAsia="Times New Roman" w:cs="Times New Roman"/>
          <w:sz w:val="24"/>
        </w:rPr>
        <w:t xml:space="preserve"> Other: </w:t>
      </w:r>
      <w:r>
        <w:rPr>
          <w:rFonts w:ascii="Times New Roman" w:hAnsi="Times New Roman" w:eastAsia="Times New Roman" w:cs="Times New Roman"/>
          <w:sz w:val="24"/>
        </w:rPr>
        <w:t>[OTHER]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POST-NATAL CARE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Baby feeding: </w:t>
      </w:r>
      <w:r>
        <w:rPr>
          <w:rFonts w:ascii="Times New Roman" w:hAnsi="Times New Roman" w:eastAsia="Times New Roman" w:cs="Times New Roman"/>
          <w:sz w:val="24"/>
        </w:rPr>
        <w:t xml:space="preserve"> Breast feed </w:t>
      </w:r>
      <w:r>
        <w:rPr>
          <w:rFonts w:ascii="Times New Roman" w:hAnsi="Times New Roman" w:eastAsia="Times New Roman" w:cs="Times New Roman"/>
          <w:sz w:val="24"/>
        </w:rPr>
        <w:t xml:space="preserve"> Baby formula </w:t>
      </w:r>
      <w:r>
        <w:rPr>
          <w:rFonts w:ascii="Times New Roman" w:hAnsi="Times New Roman" w:eastAsia="Times New Roman" w:cs="Times New Roman"/>
          <w:sz w:val="24"/>
        </w:rPr>
        <w:t xml:space="preserve"> Combination of both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Pacifier: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 </w:t>
      </w:r>
      <w:r>
        <w:rPr>
          <w:rFonts w:ascii="Times New Roman" w:hAnsi="Times New Roman" w:eastAsia="Times New Roman" w:cs="Times New Roman"/>
          <w:sz w:val="24"/>
        </w:rPr>
        <w:t xml:space="preserve"> No preference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Circumcision: 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