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Blue Sky Filing Cover Letter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[STATE ADMINISTRATOR]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[CORPORATION NAME] – Rule 506 Offering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[STATE ADMINISTRATOR],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Pursuant to Rule [506(b)/506(c)] of the Securities Act of 1933, as amended (the “Securities Act”), [CORPORATION NAME] intends to issue up to [LIST AMOUNT OF SECURITIES OFFERED] of [LIST TYPE OF SECURITIES] and has electronically filed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Form D with the Securities and Exchange Commission (the “SEC”) on [DATE]. In connection with the offering and pursuant to Rule 503 under the Securities Act, enclosed please find the following materials: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Copy of the Form D as filed with the SEC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Filing fee of $[FEE AMOUNT]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Thank you for your attention to this matter. Kindly confirm receipt of this letter and accompanying materials and return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date-stamped acknowledgment in the provided self-addressed stamped envelope. Please don’t hesitate to contact me with any questions at [PHONE] or [EMAIL].</w:t>
      </w:r>
    </w:p>
    <w:p>
      <w:pPr>
        <w:keepNext w:val="0"/>
        <w:spacing w:before="20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Enclosures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