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Board Consent </w:t>
      </w:r>
    </w:p>
    <w:p>
      <w:pPr>
        <w:keepNext w:val="0"/>
        <w:spacing w:after="0" w:line="240" w:lineRule="exact"/>
        <w:ind w:right="0"/>
        <w:jc w:val="both"/>
      </w:pPr>
    </w:p>
    <w:p>
      <w:pPr>
        <w:keepNext w:val="0"/>
        <w:spacing w:before="120" w:after="0" w:line="260" w:lineRule="exact"/>
        <w:ind w:left="360" w:right="0" w:firstLine="0"/>
        <w:jc w:val="left"/>
      </w:pPr>
      <w:r>
        <w:rPr>
          <w:rFonts w:ascii="Times New Roman" w:hAnsi="Times New Roman" w:eastAsia="Times New Roman" w:cs="Times New Roman"/>
          <w:sz w:val="24"/>
        </w:rPr>
        <w:br/>
      </w:r>
      <w:r>
        <w:rPr>
          <w:rFonts w:ascii="Times New Roman" w:hAnsi="Times New Roman" w:eastAsia="Times New Roman" w:cs="Times New Roman"/>
          <w:b/>
          <w:sz w:val="24"/>
        </w:rPr>
        <w:t>Unanimous Written Consent of Board of Directors of [name of corporation]</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The undersigned, being all of the members of the Board of Directors of [name of corporation],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corporation organized under the laws of the State of Illinois (the "Corporation"), in lieu of holding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meeting, do hereby consent to the taking of the following actions and adopt the following resolution by unanimous written consent pursuant to Section 5/8.45 of the Illinois Business Corporation Act of 1983:</w:t>
      </w:r>
    </w:p>
    <w:p>
      <w:pPr>
        <w:keepNext w:val="0"/>
        <w:spacing w:before="200" w:after="0" w:line="260" w:lineRule="exact"/>
        <w:ind w:left="1080" w:right="0" w:firstLine="0"/>
        <w:jc w:val="both"/>
      </w:pPr>
      <w:r>
        <w:rPr>
          <w:rFonts w:ascii="Times New Roman" w:hAnsi="Times New Roman" w:eastAsia="Times New Roman" w:cs="Times New Roman"/>
          <w:b w:val="0"/>
          <w:sz w:val="24"/>
        </w:rPr>
        <w:t>WHEREAS, [purpose/background for resolutions]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NOW, THEREFORE, BE IT RESOLVED THAT [director action being taken without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meeting]; and</w:t>
      </w:r>
    </w:p>
    <w:p>
      <w:pPr>
        <w:keepNext w:val="0"/>
        <w:spacing w:before="200" w:after="0" w:line="260" w:lineRule="exact"/>
        <w:ind w:left="1080" w:right="0" w:firstLine="0"/>
        <w:jc w:val="both"/>
      </w:pPr>
      <w:r>
        <w:rPr>
          <w:rFonts w:ascii="Times New Roman" w:hAnsi="Times New Roman" w:eastAsia="Times New Roman" w:cs="Times New Roman"/>
          <w:b w:val="0"/>
          <w:sz w:val="24"/>
        </w:rPr>
        <w:t>RESOLVED, that the Secretary of the Corporation is hereby directed to file this Unanimous Written Consent of the Board of Directors with the minutes of the meetings of the Board of Directors.</w:t>
      </w:r>
    </w:p>
    <w:p>
      <w:pPr>
        <w:keepNext w:val="0"/>
        <w:spacing w:before="200" w:after="0" w:line="260" w:lineRule="exact"/>
        <w:ind w:left="720" w:right="0" w:firstLine="0"/>
        <w:jc w:val="both"/>
      </w:pPr>
      <w:r>
        <w:rPr>
          <w:rFonts w:ascii="Times New Roman" w:hAnsi="Times New Roman" w:eastAsia="Times New Roman" w:cs="Times New Roman"/>
          <w:b w:val="0"/>
          <w:sz w:val="24"/>
        </w:rPr>
        <w:t>This Unanimous Written Consent may be executed in any number of counterparts, each of which taken together shall be deemed to be one original.</w:t>
      </w:r>
    </w:p>
    <w:p>
      <w:pPr/>
    </w:p>
    <w:p>
      <w:pPr>
        <w:keepNext w:val="0"/>
        <w:spacing w:before="200" w:after="0" w:line="260" w:lineRule="exact"/>
        <w:ind w:left="360" w:right="0" w:firstLine="0"/>
        <w:jc w:val="both"/>
      </w:pPr>
      <w:r>
        <w:rPr>
          <w:rFonts w:ascii="Times New Roman" w:hAnsi="Times New Roman" w:eastAsia="Times New Roman" w:cs="Times New Roman"/>
          <w:b w:val="0"/>
          <w:sz w:val="24"/>
        </w:rPr>
        <w:t>IN WITNESS WHEREOF, the undersigned Board of Directors of [name of corporation] have executed this action by written consent as of the dates set forth opposite their signatures below.</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Name: [name of director]</w:t>
      </w:r>
    </w:p>
    <w:p>
      <w:pPr>
        <w:keepNext w:val="0"/>
        <w:spacing w:before="120" w:after="0" w:line="260" w:lineRule="exact"/>
        <w:ind w:left="360" w:right="0" w:firstLine="0"/>
        <w:jc w:val="left"/>
      </w:pPr>
      <w:r>
        <w:rPr>
          <w:rFonts w:ascii="Times New Roman" w:hAnsi="Times New Roman" w:eastAsia="Times New Roman" w:cs="Times New Roman"/>
          <w:b w:val="0"/>
          <w:sz w:val="24"/>
        </w:rPr>
        <w:t>Date: [date]</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Name: [name of director]</w:t>
      </w:r>
    </w:p>
    <w:p>
      <w:pPr>
        <w:keepNext w:val="0"/>
        <w:spacing w:before="120" w:after="0" w:line="260" w:lineRule="exact"/>
        <w:ind w:left="360" w:right="0" w:firstLine="0"/>
        <w:jc w:val="left"/>
      </w:pPr>
      <w:r>
        <w:rPr>
          <w:rFonts w:ascii="Times New Roman" w:hAnsi="Times New Roman" w:eastAsia="Times New Roman" w:cs="Times New Roman"/>
          <w:b w:val="0"/>
          <w:sz w:val="24"/>
        </w:rPr>
        <w:t>Date: [date]</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Name: [name of director]</w:t>
      </w:r>
    </w:p>
    <w:p>
      <w:pPr>
        <w:keepNext w:val="0"/>
        <w:spacing w:before="120" w:after="0" w:line="260" w:lineRule="exact"/>
        <w:ind w:left="360" w:right="0" w:firstLine="0"/>
        <w:jc w:val="left"/>
      </w:pPr>
      <w:r>
        <w:rPr>
          <w:rFonts w:ascii="Times New Roman" w:hAnsi="Times New Roman" w:eastAsia="Times New Roman" w:cs="Times New Roman"/>
          <w:b w:val="0"/>
          <w:sz w:val="24"/>
        </w:rPr>
        <w:t>Date: [date]</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