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Board Consent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UNANIMOUS WRITTEN CONSENT</w:t>
      </w:r>
    </w:p>
    <w:p>
      <w:pPr>
        <w:keepNext w:val="0"/>
        <w:spacing w:before="200" w:after="0" w:line="260" w:lineRule="exact"/>
        <w:ind w:left="360" w:right="0" w:firstLine="0"/>
        <w:jc w:val="center"/>
      </w:pPr>
      <w:r>
        <w:rPr>
          <w:rFonts w:ascii="Times New Roman" w:hAnsi="Times New Roman" w:eastAsia="Times New Roman" w:cs="Times New Roman"/>
          <w:b/>
          <w:sz w:val="24"/>
        </w:rPr>
        <w:t>OF</w:t>
      </w:r>
    </w:p>
    <w:p>
      <w:pPr>
        <w:keepNext w:val="0"/>
        <w:spacing w:before="200" w:after="0" w:line="260" w:lineRule="exact"/>
        <w:ind w:left="360" w:right="0" w:firstLine="0"/>
        <w:jc w:val="center"/>
      </w:pPr>
      <w:r>
        <w:rPr>
          <w:rFonts w:ascii="Times New Roman" w:hAnsi="Times New Roman" w:eastAsia="Times New Roman" w:cs="Times New Roman"/>
          <w:b/>
          <w:sz w:val="24"/>
        </w:rPr>
        <w:t>THE BOARD OF DIRECTORS</w:t>
      </w:r>
    </w:p>
    <w:p>
      <w:pPr>
        <w:keepNext w:val="0"/>
        <w:spacing w:before="200" w:after="0" w:line="260" w:lineRule="exact"/>
        <w:ind w:left="360" w:right="0" w:firstLine="0"/>
        <w:jc w:val="center"/>
      </w:pPr>
      <w:r>
        <w:rPr>
          <w:rFonts w:ascii="Times New Roman" w:hAnsi="Times New Roman" w:eastAsia="Times New Roman" w:cs="Times New Roman"/>
          <w:b/>
          <w:sz w:val="24"/>
        </w:rPr>
        <w:t>OF</w:t>
      </w:r>
    </w:p>
    <w:p>
      <w:pPr>
        <w:keepNext w:val="0"/>
        <w:spacing w:before="200" w:after="0" w:line="260" w:lineRule="exact"/>
        <w:ind w:left="360" w:right="0" w:firstLine="0"/>
        <w:jc w:val="center"/>
      </w:pPr>
      <w:r>
        <w:rPr>
          <w:rFonts w:ascii="Times New Roman" w:hAnsi="Times New Roman" w:eastAsia="Times New Roman" w:cs="Times New Roman"/>
          <w:b/>
          <w:sz w:val="24"/>
        </w:rPr>
        <w:t>[NAME OF CORPORATION]</w:t>
      </w:r>
    </w:p>
    <w:p>
      <w:pPr>
        <w:keepNext w:val="0"/>
        <w:spacing w:before="200" w:after="0" w:line="260" w:lineRule="exact"/>
        <w:ind w:left="360" w:right="0" w:firstLine="0"/>
        <w:jc w:val="both"/>
      </w:pPr>
      <w:r>
        <w:rPr>
          <w:rFonts w:ascii="Times New Roman" w:hAnsi="Times New Roman" w:eastAsia="Times New Roman" w:cs="Times New Roman"/>
          <w:b w:val="0"/>
          <w:sz w:val="24"/>
        </w:rPr>
        <w:t>The undersigned, being all of the members of the Board of Directors (the “</w:t>
      </w:r>
      <w:r>
        <w:rPr>
          <w:rFonts w:ascii="Times New Roman" w:hAnsi="Times New Roman" w:eastAsia="Times New Roman" w:cs="Times New Roman"/>
          <w:b/>
          <w:sz w:val="24"/>
        </w:rPr>
        <w:t>Board</w:t>
      </w:r>
      <w:r>
        <w:rPr>
          <w:rFonts w:ascii="Times New Roman" w:hAnsi="Times New Roman" w:eastAsia="Times New Roman" w:cs="Times New Roman"/>
          <w:b w:val="0"/>
          <w:sz w:val="24"/>
        </w:rPr>
        <w:t xml:space="preserve">”) of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Jersey corporation (the “</w:t>
      </w:r>
      <w:r>
        <w:rPr>
          <w:rFonts w:ascii="Times New Roman" w:hAnsi="Times New Roman" w:eastAsia="Times New Roman" w:cs="Times New Roman"/>
          <w:b/>
          <w:sz w:val="24"/>
        </w:rPr>
        <w:t>Corporation</w:t>
      </w:r>
      <w:r>
        <w:rPr>
          <w:rFonts w:ascii="Times New Roman" w:hAnsi="Times New Roman" w:eastAsia="Times New Roman" w:cs="Times New Roman"/>
          <w:b w:val="0"/>
          <w:sz w:val="24"/>
        </w:rPr>
        <w:t xml:space="preserve">”), pursuant to authority to act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in accordance with Section 14A:6-7.1 of the New Jersey Business Corporation Act, do hereby consent to taking the actions and adopting the resolutions set out below. This written consent is in lieu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meeting of the Board, and all of the actions taken and resolutions set forth herein shall have the same force and effect as if they were taken or adopted at such [special] meeting. This written consent is executed on the dates written beside each director’s name and will be effective as of [specify effective date], and will be filed in the Corporation’s minute book.</w:t>
      </w:r>
    </w:p>
    <w:p>
      <w:pPr>
        <w:keepNext w:val="0"/>
        <w:spacing w:before="200" w:after="0" w:line="260" w:lineRule="exact"/>
        <w:ind w:left="360" w:right="0" w:firstLine="0"/>
        <w:jc w:val="both"/>
      </w:pPr>
      <w:r>
        <w:rPr>
          <w:rFonts w:ascii="Times New Roman" w:hAnsi="Times New Roman" w:eastAsia="Times New Roman" w:cs="Times New Roman"/>
          <w:b w:val="0"/>
          <w:sz w:val="24"/>
        </w:rPr>
        <w:t>[OPERATIVE RESOLUTIONS AND ANY CORRESPONDING RECITALS]</w:t>
      </w:r>
    </w:p>
    <w:p>
      <w:pPr>
        <w:keepNext w:val="0"/>
        <w:spacing w:before="120" w:after="0" w:line="260" w:lineRule="exact"/>
        <w:ind w:left="360" w:right="0" w:firstLine="0"/>
        <w:jc w:val="left"/>
      </w:pPr>
      <w:r>
        <w:rPr>
          <w:rFonts w:ascii="Times New Roman" w:hAnsi="Times New Roman" w:eastAsia="Times New Roman" w:cs="Times New Roman"/>
          <w:b w:val="0"/>
          <w:sz w:val="24"/>
        </w:rPr>
        <w:t>General Authority</w:t>
      </w:r>
    </w:p>
    <w:p>
      <w:pPr>
        <w:keepNext w:val="0"/>
        <w:spacing w:before="200" w:after="0" w:line="260" w:lineRule="exact"/>
        <w:ind w:left="72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[appropriate officers/insert titles of appropriate corporate officers to be authorized, e.g., Chief Executive Officer, President, etc.] of the Corporation (the “</w:t>
      </w:r>
      <w:r>
        <w:rPr>
          <w:rFonts w:ascii="Times New Roman" w:hAnsi="Times New Roman" w:eastAsia="Times New Roman" w:cs="Times New Roman"/>
          <w:b/>
          <w:sz w:val="24"/>
        </w:rPr>
        <w:t>Officers</w:t>
      </w:r>
      <w:r>
        <w:rPr>
          <w:rFonts w:ascii="Times New Roman" w:hAnsi="Times New Roman" w:eastAsia="Times New Roman" w:cs="Times New Roman"/>
          <w:b w:val="0"/>
          <w:sz w:val="24"/>
        </w:rPr>
        <w:t>”) be, and each of them acting alone hereby is, authorized to take all such further action and to prepare, execute, deliver, and file all such agreements, instruments, documents, and certificates in the name and on behalf of the Corporation, and to incur and to pay all such fees and expenses, as they, or any one of them, deems necessary or appropriate in order to carry out the intent and effectuate the purpose of each of the foregoing resolutions; and</w:t>
      </w:r>
    </w:p>
    <w:p>
      <w:pPr>
        <w:keepNext w:val="0"/>
        <w:spacing w:before="200" w:after="0" w:line="260" w:lineRule="exact"/>
        <w:ind w:left="720" w:right="0" w:firstLine="0"/>
        <w:jc w:val="both"/>
      </w:pPr>
      <w:r>
        <w:rPr>
          <w:rFonts w:ascii="Times New Roman" w:hAnsi="Times New Roman" w:eastAsia="Times New Roman" w:cs="Times New Roman"/>
          <w:b/>
          <w:sz w:val="24"/>
        </w:rPr>
        <w:t>RESOLVED FURTHER</w:t>
      </w:r>
      <w:r>
        <w:rPr>
          <w:rFonts w:ascii="Times New Roman" w:hAnsi="Times New Roman" w:eastAsia="Times New Roman" w:cs="Times New Roman"/>
          <w:b w:val="0"/>
          <w:sz w:val="24"/>
        </w:rPr>
        <w:t>, that any and all prior actions taken by any Officer or director in connection with the carrying out of the [matters/transactions] contemplated by these resolutions are hereby ratified, confirmed and approved.</w:t>
      </w:r>
    </w:p>
    <w:p>
      <w:pPr/>
    </w:p>
    <w:p>
      <w:pPr>
        <w:keepNext w:val="0"/>
        <w:spacing w:before="200" w:after="0" w:line="260" w:lineRule="exact"/>
        <w:ind w:left="360" w:right="0" w:firstLine="0"/>
        <w:jc w:val="both"/>
      </w:pPr>
      <w:r>
        <w:rPr>
          <w:rFonts w:ascii="Times New Roman" w:hAnsi="Times New Roman" w:eastAsia="Times New Roman" w:cs="Times New Roman"/>
          <w:b/>
          <w:sz w:val="24"/>
        </w:rPr>
        <w:t>IN WITNESS WHEREOF</w:t>
      </w:r>
      <w:r>
        <w:rPr>
          <w:rFonts w:ascii="Times New Roman" w:hAnsi="Times New Roman" w:eastAsia="Times New Roman" w:cs="Times New Roman"/>
          <w:b w:val="0"/>
          <w:sz w:val="24"/>
        </w:rPr>
        <w:t xml:space="preserve">, the undersigned directors have executed this written consent as of the dates written below. This written consent may be executed in counterparts, each of which will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and all of which, when taken together, will constitute one instrument. Any signature page signifying approval of this written consent may be delivered by facsimile or Portable Document Format (PDF) transmission and will be binding to the same extent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signature page.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 [Signature]</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Dated: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 [Signature]</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Dated: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 [Signature]</w:t>
      </w:r>
    </w:p>
    <w:p>
      <w:pPr>
        <w:keepNext w:val="0"/>
        <w:spacing w:before="120" w:after="0" w:line="260" w:lineRule="exact"/>
        <w:ind w:left="360" w:right="0" w:firstLine="0"/>
        <w:jc w:val="left"/>
      </w:pPr>
      <w:r>
        <w:rPr>
          <w:rFonts w:ascii="Times New Roman" w:hAnsi="Times New Roman" w:eastAsia="Times New Roman" w:cs="Times New Roman"/>
          <w:b w:val="0"/>
          <w:sz w:val="24"/>
        </w:rPr>
        <w:t>[name]</w:t>
      </w:r>
    </w:p>
    <w:p>
      <w:pPr>
        <w:keepNext w:val="0"/>
        <w:spacing w:before="120" w:after="0" w:line="260" w:lineRule="exact"/>
        <w:ind w:left="360" w:right="0" w:firstLine="0"/>
        <w:jc w:val="left"/>
      </w:pPr>
      <w:r>
        <w:rPr>
          <w:rFonts w:ascii="Times New Roman" w:hAnsi="Times New Roman" w:eastAsia="Times New Roman" w:cs="Times New Roman"/>
          <w:b w:val="0"/>
          <w:sz w:val="24"/>
        </w:rPr>
        <w:t>Dated: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