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1:1500 Reverse Split Approval for All Common Stock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TO ACTION WITHOUT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 [COMPANY]</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BOARD OF DIRECTORS' RESOLUTION APPROVING REVERSE SPLIT OF ALL ISSUED AND OUTSTANDING SHARES OF THE COMMON STOCK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Pursuant to the bylaws of the corporation, the following action is taken and approved by the Board of Directors of [company name] (the "Company") by unanimous written consent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had been properly called and held and all the directors were present at the meeting and voted in favor of such action: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wishes to avoid any excess inflation or deflation of the price of its shares of its common stock;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believes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reverse split of all issued and outstanding shares of common stock is the best way to achieve that aim;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total number of shares of common stock the Company currently has issued and outstanding, as of [date], is [number of outstanding shares];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 for 1,500 reverse split of its shares of common stock would result in approximately [resulting number of shares] total shares of common stock issued and outstanding; 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Company authorize and enact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 for 1,500 reverse split of its shares of common stock (the reverse stock split); and be it further</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record date and time of the reverse stock split be [record date and time]; and be it further</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both the effective date and time, and payable date and time, of the reverse stock split be [effective date and time]; and be it further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if,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reverse stock split, any shareholder holds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non-whole number of shares, that the shareholder be issued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fraction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sufficient to increase the number of shares held by the shareholder to the next whole number of shares; and be it further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Company's President, [name of company's president]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conformed copy of this resolution to the Company's transfer agent, [name of transfer agent]; and be it further</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reverse stock split will not in any way affect the stated par value or number of authorized shares or in any other way change, alter or otherwise amend the Company's [articles of incorporation/certificate of incorporation] in the state of [state], and that therefore no amendment to the [articles of incorporation/certificate of incorporation] is required; and be it further</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directors of this Company are empowered and directed, in the name of and on behalf of the Company, to execute and sign this Resolution; and the officers and directors of the Company are empowered and directed in the name and on behalf of the Company to execute and deliver all documents, to make all payments, and to perform and otherwise act as necessary to carry out the purposes and intent of this Resolution, and all such acts and doings of the officers of the Company consistent with the purpose of this Resolution are hereby authorized, approved, ratified, and confirmed in all respects.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WHEREFORE, the undersigned, being the [sole] Director[s] of [company name], hereby signs this consent on [date signed].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