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Board Consent: Borrow on Line of Credit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RESOLUTION OF THE BOARD OF DIRECTORS OF [NAME OF CORPORATION]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ADOPTED AT MEETING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>, on [date], [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annual meeting 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special meeting] of the Board of Directors of [name of corporation] was held [if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special meeting, describe the purpose];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>, notice of the meeting was properly given on [date] in accordance with the Corporation's Bylaws and the Texas Business Organizations Code;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present at the meeting were the following Directors: [names of directors], constituting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quorum of the Board of Directors;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the Board of Directors present at the meeting affirmatively voted to adopt the following resolution(s):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WHEREAS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the Corporation desires to borrow money on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line of credit, be it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RESOLVED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that the proper officers of the Corporation are hereby authorized to borrow from the [name of bank], for and on behalf of the Corporation,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sum not to exceed $[dollar amount], on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promissory note maturing on [maturity date], to be signed by the proper officers of the Corporation, and to bear interest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rate not to exceed [maximum interest rate]% per annum, and with the additional privilege of renewing the balance of said loan at its maturity, for another period of [length of renewal term, if applicable] and the proper officers of the Corporation are hereby authorized and directed to sign any or new renewal note or notes required by the [name of bank] to carry out the provisions of this Resolution, which new note or notes shall bear such rate of interest as shall be agreed upon by the Corporation and the [name of bank] at the time of such renewal.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b w:val="0"/>
          <w:sz w:val="24"/>
        </w:rPr>
        <w:t>, the Corporation has caused these Resolutions to be duly executed by its President and attested to by its Secretary this [date] and placed in the Corporation's minute records.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corporation],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Texas corporation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[Signature of President]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president], President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[Signature of Secretary]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Secretary], Secretary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[date]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