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Board of Directors for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duly elected and acting Directors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(the "Corporation"), do hereby consent to and adopt the following resolutions pursuant to NY CLS Bus Corp § 708:</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present condition of this corporation has been duly examined by the board of directors of the Corporation (the "Board"), and the Board has determined in good faith that dissolution is in the best interests of the corporation and the shareholders, it is hereby;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Board recommends such dissolution to the shareholders consistent with the Plan of Dissolution (as defined below);</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Plan of Liquidation and Dissolution (the “Plan of Dissolution”)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hereby approved and adopted;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will be held at the office of the Corporation on the [date] day of [month], [year] at [time] o'clock in the [</w:t>
      </w:r>
      <w:r>
        <w:rPr>
          <w:rFonts w:ascii="Times New Roman" w:hAnsi="Times New Roman" w:eastAsia="Times New Roman" w:cs="Times New Roman"/>
          <w:b/>
          <w:sz w:val="24"/>
        </w:rPr>
        <w:t>a</w:t>
      </w:r>
      <w:r>
        <w:rPr>
          <w:rFonts w:ascii="Times New Roman" w:hAnsi="Times New Roman" w:eastAsia="Times New Roman" w:cs="Times New Roman"/>
          <w:b w:val="0"/>
          <w:sz w:val="24"/>
        </w:rPr>
        <w:t>.m./p.m.] for the purpose of submitting the recommendation on dissolution to shareholder vote pursuant to NY CLS Bus Corp § 1001. The Board directs the secretary of the Corporation to give proper notice of said meeting; such meeting shall be cancelled if the Board receives the shareholders' written consent of the approval of the Plan of Dissolution, in accordance with New York law, prior to such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subject to the requisite approval of the shareholders, the officers of the Corporation shall be authorized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of (name of corporation) under section 1003 of the Business Corporation Law in accordance with NY CLS Bus Corp § 1003 and consummate all transactions set forth in the Plan of Dissolution;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notwithstanding the shareholders’ authorization or consent thereto, the Board may abandon the dissolution of the Corporation and the Plan of Dissolution without further action by the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may be executed in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of the Corporation is hereby directed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Consent in the minutes of the proceedings of the Board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directors of this Corporation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Plan of Dissolution]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