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Meeting Minutes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of Directors Meeting Minutes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[name of corporation]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[date of meeting]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Recitation of Authority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</w:t>
      </w:r>
      <w:r>
        <w:rPr>
          <w:rFonts w:ascii="Times New Roman" w:hAnsi="Times New Roman" w:eastAsia="Times New Roman" w:cs="Times New Roman"/>
          <w:b w:val="0"/>
          <w:sz w:val="24"/>
        </w:rPr>
        <w:t>If meeting was properly called and noticed, use the following: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[special] meeting of the Board of Directors of [name of corporation] was held at  [time] on [date], at [the principal office of the corporation located at] [street address], [city], [state], pursuant to the call of the  [specify, e.g., President] dated  [date]. The notice of meeting was duly and timely given to each Director, and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notice was ordered to be filed with the minutes of the meeting.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[Continue with the following:]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Quorum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Directors present at the meeting were [name], [name], and [names of directors], constituting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quorum of the authorized number of Directors of the Corporation.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Chairman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Director [name] acted as Chairman of the meeting and [name and title] acted as Secretary of the meeting.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Minutes of Last Meeting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minutes of the Meeting of the Board of Directors held on [date] were read to those present, and there being no objections, corrections, or modifications offered, the minutes were approved.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Adoption of Resolution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statement was then made by [name], [President of the Corporation or attorney for the corporation], concerning [brief description of matter proposed].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Director [name] moved that the corporation adopt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resolution [brief description of resolution]. This motion was seconded by Director [name]. After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discussion was had among the Directors concerning the motion, on the affirmative vote of  ________  [ ___  in favor of and  ___  against the resolution or all of the directors present], it was: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RESOLVED, [full resolution].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[additional actions and resolutions of the board]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Adjournment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motion duly made and carried, the meeting adjourned [to date, hour, and place].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 and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