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Meeting Notice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NOTICE OF [SPECIAL] MEETING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THE BOARD OF DIRECTORS OF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[NAME OF CORPORATION]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Notice is hereby given that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[regular/special] meeting of the Board of Directors of [name of corporation] will be held on the [___] day of [_____________], 20[__] at [time of meeting]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.m./p.m.], [at [address of meeting location]] [OR] [by teleconference, at [teleconference dial-in information]].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[The following matters will be discussed or considered at this meeting: [specify relevant items].]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 this [__] day of [________], 20[__].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[Name], Secretary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