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 [Incorporators]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California,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conference telephone, electronic video screen communication, or electronic transmission by which all directors participating could simultaneously hear each other during the meeting pursuant to Cal. Corp. Code § 307(</w:t>
      </w:r>
      <w:r>
        <w:rPr>
          <w:rFonts w:ascii="Times New Roman" w:hAnsi="Times New Roman" w:eastAsia="Times New Roman" w:cs="Times New Roman"/>
          <w:b/>
          <w:sz w:val="24"/>
        </w:rPr>
        <w:t>a</w:t>
      </w:r>
      <w:r>
        <w:rPr>
          <w:rFonts w:ascii="Times New Roman" w:hAnsi="Times New Roman" w:eastAsia="Times New Roman" w:cs="Times New Roman"/>
          <w:b w:val="0"/>
          <w:sz w:val="24"/>
        </w:rPr>
        <w:t>)(6):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California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California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California"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California.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